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2BF5" w:rsidRPr="0075413F" w:rsidRDefault="00FF2C2F">
      <w:pPr>
        <w:spacing w:after="40"/>
        <w:jc w:val="center"/>
        <w:rPr>
          <w:lang w:val="pl-PL"/>
        </w:rPr>
      </w:pPr>
      <w:r w:rsidRPr="0075413F">
        <w:rPr>
          <w:rFonts w:eastAsia="Calibri"/>
          <w:b/>
          <w:color w:val="000000"/>
          <w:sz w:val="31"/>
          <w:lang w:val="pl-PL"/>
        </w:rPr>
        <w:t>Załącznik nr 6</w:t>
      </w:r>
    </w:p>
    <w:p w:rsidR="000A2BF5" w:rsidRPr="0075413F" w:rsidRDefault="00FF2C2F">
      <w:pPr>
        <w:spacing w:after="40"/>
        <w:jc w:val="center"/>
        <w:rPr>
          <w:lang w:val="pl-PL"/>
        </w:rPr>
      </w:pPr>
      <w:r w:rsidRPr="0075413F">
        <w:rPr>
          <w:rFonts w:eastAsia="Calibri"/>
          <w:b/>
          <w:sz w:val="27"/>
          <w:lang w:val="pl-PL"/>
        </w:rPr>
        <w:t xml:space="preserve">Zgoda na publikację </w:t>
      </w:r>
      <w:r w:rsidR="00313B5F" w:rsidRPr="00313B5F">
        <w:rPr>
          <w:rFonts w:eastAsia="Calibri"/>
          <w:b/>
          <w:sz w:val="27"/>
          <w:lang w:val="pl-PL"/>
        </w:rPr>
        <w:t>danych uczestnika</w:t>
      </w:r>
      <w:bookmarkStart w:id="0" w:name="_GoBack"/>
      <w:bookmarkEnd w:id="0"/>
    </w:p>
    <w:p w:rsidR="000A2BF5" w:rsidRDefault="00FF2C2F">
      <w:pPr>
        <w:spacing w:after="180"/>
        <w:jc w:val="center"/>
      </w:pPr>
      <w:r w:rsidRPr="0075413F">
        <w:rPr>
          <w:rFonts w:eastAsia="Calibri"/>
          <w:lang w:val="pl-PL"/>
        </w:rPr>
        <w:t xml:space="preserve">Konkurs plastyczny „Moja kartka do Henryka Arctowskiego” z okazji </w:t>
      </w:r>
      <w:r w:rsidR="0075413F">
        <w:rPr>
          <w:rFonts w:eastAsia="Calibri"/>
          <w:lang w:val="pl-PL"/>
        </w:rPr>
        <w:t>jubileuszu</w:t>
      </w:r>
      <w:r w:rsidR="0075413F" w:rsidRPr="0075413F">
        <w:rPr>
          <w:rFonts w:eastAsia="Calibri"/>
          <w:lang w:val="pl-PL"/>
        </w:rPr>
        <w:t xml:space="preserve"> </w:t>
      </w:r>
      <w:r w:rsidRPr="0075413F">
        <w:rPr>
          <w:rFonts w:eastAsia="Calibri"/>
          <w:lang w:val="pl-PL"/>
        </w:rPr>
        <w:t xml:space="preserve">50-lecia Polskiej Stacji Antarktycznej im. </w:t>
      </w:r>
      <w:r>
        <w:rPr>
          <w:rFonts w:eastAsia="Calibri"/>
        </w:rPr>
        <w:t>Henryka Arctowskiego</w:t>
      </w:r>
    </w:p>
    <w:p w:rsidR="000A2BF5" w:rsidRDefault="00FF2C2F">
      <w:pPr>
        <w:keepNext/>
        <w:spacing w:before="140" w:after="60"/>
      </w:pPr>
      <w:r>
        <w:rPr>
          <w:rFonts w:eastAsia="Calibri"/>
          <w:b/>
          <w:sz w:val="22"/>
        </w:rPr>
        <w:t>1. Dane uczestnika/uczestniczki i pracy</w:t>
      </w:r>
    </w:p>
    <w:tbl>
      <w:tblPr>
        <w:tblW w:w="0" w:type="auto"/>
        <w:jc w:val="center"/>
        <w:tblLayout w:type="fixed"/>
        <w:tblCellMar>
          <w:top w:w="85" w:type="dxa"/>
          <w:left w:w="120" w:type="dxa"/>
          <w:bottom w:w="85" w:type="dxa"/>
          <w:right w:w="120" w:type="dxa"/>
        </w:tblCellMar>
        <w:tblLook w:val="04A0" w:firstRow="1" w:lastRow="0" w:firstColumn="1" w:lastColumn="0" w:noHBand="0" w:noVBand="1"/>
      </w:tblPr>
      <w:tblGrid>
        <w:gridCol w:w="3240"/>
        <w:gridCol w:w="6264"/>
      </w:tblGrid>
      <w:tr w:rsidR="000A2BF5">
        <w:trPr>
          <w:jc w:val="center"/>
        </w:trPr>
        <w:tc>
          <w:tcPr>
            <w:tcW w:w="32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0A2BF5" w:rsidRDefault="00FF2C2F">
            <w:pPr>
              <w:spacing w:after="40" w:line="252" w:lineRule="auto"/>
            </w:pPr>
            <w:r>
              <w:rPr>
                <w:rFonts w:eastAsia="Calibri"/>
                <w:b/>
              </w:rPr>
              <w:t>Imię i nazwisko dziecka</w:t>
            </w:r>
          </w:p>
        </w:tc>
        <w:tc>
          <w:tcPr>
            <w:tcW w:w="626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0A2BF5" w:rsidRDefault="000A2BF5">
            <w:pPr>
              <w:spacing w:after="40" w:line="252" w:lineRule="auto"/>
            </w:pPr>
          </w:p>
        </w:tc>
      </w:tr>
      <w:tr w:rsidR="000A2BF5">
        <w:trPr>
          <w:jc w:val="center"/>
        </w:trPr>
        <w:tc>
          <w:tcPr>
            <w:tcW w:w="32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0A2BF5" w:rsidRDefault="00FF2C2F">
            <w:pPr>
              <w:spacing w:after="40" w:line="252" w:lineRule="auto"/>
            </w:pPr>
            <w:r>
              <w:rPr>
                <w:rFonts w:eastAsia="Calibri"/>
                <w:b/>
              </w:rPr>
              <w:t>Klasa</w:t>
            </w:r>
          </w:p>
        </w:tc>
        <w:tc>
          <w:tcPr>
            <w:tcW w:w="626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0A2BF5" w:rsidRDefault="000A2BF5">
            <w:pPr>
              <w:spacing w:after="40" w:line="252" w:lineRule="auto"/>
            </w:pPr>
          </w:p>
        </w:tc>
      </w:tr>
      <w:tr w:rsidR="000A2BF5">
        <w:trPr>
          <w:jc w:val="center"/>
        </w:trPr>
        <w:tc>
          <w:tcPr>
            <w:tcW w:w="32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0A2BF5" w:rsidRDefault="00FF2C2F">
            <w:pPr>
              <w:spacing w:after="40" w:line="252" w:lineRule="auto"/>
            </w:pPr>
            <w:r>
              <w:rPr>
                <w:rFonts w:eastAsia="Calibri"/>
                <w:b/>
              </w:rPr>
              <w:t>Nazwa szkoły</w:t>
            </w:r>
          </w:p>
        </w:tc>
        <w:tc>
          <w:tcPr>
            <w:tcW w:w="626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0A2BF5" w:rsidRDefault="000A2BF5">
            <w:pPr>
              <w:spacing w:after="40" w:line="252" w:lineRule="auto"/>
            </w:pPr>
          </w:p>
        </w:tc>
      </w:tr>
      <w:tr w:rsidR="000A2BF5">
        <w:trPr>
          <w:jc w:val="center"/>
        </w:trPr>
        <w:tc>
          <w:tcPr>
            <w:tcW w:w="32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0A2BF5" w:rsidRDefault="00FF2C2F">
            <w:pPr>
              <w:spacing w:after="40" w:line="252" w:lineRule="auto"/>
            </w:pPr>
            <w:r>
              <w:rPr>
                <w:rFonts w:eastAsia="Calibri"/>
                <w:b/>
              </w:rPr>
              <w:t>Tytuł pracy</w:t>
            </w:r>
          </w:p>
        </w:tc>
        <w:tc>
          <w:tcPr>
            <w:tcW w:w="626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0A2BF5" w:rsidRDefault="000A2BF5">
            <w:pPr>
              <w:spacing w:after="40" w:line="252" w:lineRule="auto"/>
            </w:pPr>
          </w:p>
        </w:tc>
      </w:tr>
    </w:tbl>
    <w:p w:rsidR="000A2BF5" w:rsidRDefault="00FF2C2F">
      <w:pPr>
        <w:keepNext/>
        <w:spacing w:before="140" w:after="60"/>
      </w:pPr>
      <w:r>
        <w:rPr>
          <w:rFonts w:eastAsia="Calibri"/>
          <w:b/>
          <w:sz w:val="22"/>
        </w:rPr>
        <w:t>2. Dane rodzica/opiekuna prawnego</w:t>
      </w:r>
    </w:p>
    <w:tbl>
      <w:tblPr>
        <w:tblW w:w="0" w:type="auto"/>
        <w:jc w:val="center"/>
        <w:tblLayout w:type="fixed"/>
        <w:tblCellMar>
          <w:top w:w="85" w:type="dxa"/>
          <w:left w:w="120" w:type="dxa"/>
          <w:bottom w:w="85" w:type="dxa"/>
          <w:right w:w="120" w:type="dxa"/>
        </w:tblCellMar>
        <w:tblLook w:val="04A0" w:firstRow="1" w:lastRow="0" w:firstColumn="1" w:lastColumn="0" w:noHBand="0" w:noVBand="1"/>
      </w:tblPr>
      <w:tblGrid>
        <w:gridCol w:w="3240"/>
        <w:gridCol w:w="6264"/>
      </w:tblGrid>
      <w:tr w:rsidR="000A2BF5">
        <w:trPr>
          <w:jc w:val="center"/>
        </w:trPr>
        <w:tc>
          <w:tcPr>
            <w:tcW w:w="32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0A2BF5" w:rsidRDefault="00FF2C2F">
            <w:pPr>
              <w:spacing w:after="40" w:line="252" w:lineRule="auto"/>
            </w:pPr>
            <w:r>
              <w:rPr>
                <w:rFonts w:eastAsia="Calibri"/>
                <w:b/>
              </w:rPr>
              <w:t>Imię i nazwisko</w:t>
            </w:r>
          </w:p>
        </w:tc>
        <w:tc>
          <w:tcPr>
            <w:tcW w:w="626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0A2BF5" w:rsidRDefault="000A2BF5">
            <w:pPr>
              <w:spacing w:after="40" w:line="252" w:lineRule="auto"/>
            </w:pPr>
          </w:p>
        </w:tc>
      </w:tr>
      <w:tr w:rsidR="000A2BF5">
        <w:trPr>
          <w:jc w:val="center"/>
        </w:trPr>
        <w:tc>
          <w:tcPr>
            <w:tcW w:w="32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0A2BF5" w:rsidRDefault="00FF2C2F">
            <w:pPr>
              <w:spacing w:after="40" w:line="252" w:lineRule="auto"/>
            </w:pPr>
            <w:r>
              <w:rPr>
                <w:rFonts w:eastAsia="Calibri"/>
                <w:b/>
              </w:rPr>
              <w:t>Telefon kontaktowy</w:t>
            </w:r>
          </w:p>
        </w:tc>
        <w:tc>
          <w:tcPr>
            <w:tcW w:w="626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0A2BF5" w:rsidRDefault="000A2BF5">
            <w:pPr>
              <w:spacing w:after="40" w:line="252" w:lineRule="auto"/>
            </w:pPr>
          </w:p>
        </w:tc>
      </w:tr>
      <w:tr w:rsidR="000A2BF5">
        <w:trPr>
          <w:jc w:val="center"/>
        </w:trPr>
        <w:tc>
          <w:tcPr>
            <w:tcW w:w="32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0A2BF5" w:rsidRDefault="00FF2C2F">
            <w:pPr>
              <w:spacing w:after="40" w:line="252" w:lineRule="auto"/>
            </w:pPr>
            <w:r>
              <w:rPr>
                <w:rFonts w:eastAsia="Calibri"/>
                <w:b/>
              </w:rPr>
              <w:t>Adres e-mail</w:t>
            </w:r>
          </w:p>
        </w:tc>
        <w:tc>
          <w:tcPr>
            <w:tcW w:w="626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0A2BF5" w:rsidRDefault="000A2BF5">
            <w:pPr>
              <w:spacing w:after="40" w:line="252" w:lineRule="auto"/>
            </w:pPr>
          </w:p>
        </w:tc>
      </w:tr>
    </w:tbl>
    <w:p w:rsidR="000A2BF5" w:rsidRDefault="00FF2C2F">
      <w:pPr>
        <w:keepNext/>
        <w:spacing w:before="140" w:after="60"/>
      </w:pPr>
      <w:r>
        <w:rPr>
          <w:rFonts w:eastAsia="Calibri"/>
          <w:b/>
          <w:sz w:val="22"/>
        </w:rPr>
        <w:t>3. Treść zgody</w:t>
      </w:r>
    </w:p>
    <w:p w:rsidR="000A2BF5" w:rsidRPr="0075413F" w:rsidRDefault="00FF2C2F">
      <w:pPr>
        <w:rPr>
          <w:lang w:val="pl-PL"/>
        </w:rPr>
      </w:pPr>
      <w:r w:rsidRPr="0075413F">
        <w:rPr>
          <w:rFonts w:eastAsia="Calibri"/>
          <w:lang w:val="pl-PL"/>
        </w:rPr>
        <w:t>Ja, niżej podpisany/podpisana, jako rodzic/opiekun prawny autora/autorki pracy, wyrażam zgodę na publikację pracy konkursowej dziecka oraz podstawowych informacji o autorze/autorce w zakresie związanym z organizacją, rozstrzygnięciem, dokumentacją i promocją Konkursu.</w:t>
      </w:r>
    </w:p>
    <w:p w:rsidR="000A2BF5" w:rsidRPr="0075413F" w:rsidRDefault="00FF2C2F">
      <w:pPr>
        <w:rPr>
          <w:lang w:val="pl-PL"/>
        </w:rPr>
      </w:pPr>
      <w:r w:rsidRPr="0075413F">
        <w:rPr>
          <w:rFonts w:eastAsia="Calibri"/>
          <w:lang w:val="pl-PL"/>
        </w:rPr>
        <w:t>Publikacja może obejmować: imię i nazwisko autora/autorki, klasę, nazwę szkoły, tytuł pracy, skan lub fotografię pracy oraz informację o nagrodzie lub wyróżnieniu, jeśli zostanie przyznane.</w:t>
      </w:r>
    </w:p>
    <w:p w:rsidR="000A2BF5" w:rsidRPr="0075413F" w:rsidRDefault="00FF2C2F">
      <w:pPr>
        <w:keepNext/>
        <w:spacing w:before="140" w:after="60"/>
        <w:rPr>
          <w:lang w:val="pl-PL"/>
        </w:rPr>
      </w:pPr>
      <w:r w:rsidRPr="0075413F">
        <w:rPr>
          <w:rFonts w:eastAsia="Calibri"/>
          <w:b/>
          <w:sz w:val="22"/>
          <w:lang w:val="pl-PL"/>
        </w:rPr>
        <w:t>4. Zakres publikacji</w:t>
      </w:r>
    </w:p>
    <w:p w:rsidR="000A2BF5" w:rsidRPr="0075413F" w:rsidRDefault="00FF2C2F">
      <w:pPr>
        <w:ind w:left="216" w:hanging="216"/>
        <w:rPr>
          <w:lang w:val="pl-PL"/>
        </w:rPr>
      </w:pPr>
      <w:r w:rsidRPr="0075413F">
        <w:rPr>
          <w:rFonts w:ascii="Segoe UI Symbol" w:eastAsia="Segoe UI Symbol" w:hAnsi="Segoe UI Symbol"/>
          <w:sz w:val="20"/>
          <w:lang w:val="pl-PL"/>
        </w:rPr>
        <w:t xml:space="preserve">☐ </w:t>
      </w:r>
      <w:r w:rsidRPr="0075413F">
        <w:rPr>
          <w:rFonts w:eastAsia="Calibri"/>
          <w:lang w:val="pl-PL"/>
        </w:rPr>
        <w:t>Wyrażam zgodę na publikację pracy i informacji o autorze/autorce w związku z ogłoszeniem wyników Konkursu.</w:t>
      </w:r>
    </w:p>
    <w:p w:rsidR="000A2BF5" w:rsidRPr="0075413F" w:rsidRDefault="00FF2C2F">
      <w:pPr>
        <w:ind w:left="216" w:hanging="216"/>
        <w:rPr>
          <w:lang w:val="pl-PL"/>
        </w:rPr>
      </w:pPr>
      <w:r w:rsidRPr="0075413F">
        <w:rPr>
          <w:rFonts w:ascii="Segoe UI Symbol" w:eastAsia="Segoe UI Symbol" w:hAnsi="Segoe UI Symbol"/>
          <w:sz w:val="20"/>
          <w:lang w:val="pl-PL"/>
        </w:rPr>
        <w:t xml:space="preserve">☐ </w:t>
      </w:r>
      <w:r w:rsidRPr="0075413F">
        <w:rPr>
          <w:rFonts w:eastAsia="Calibri"/>
          <w:lang w:val="pl-PL"/>
        </w:rPr>
        <w:t>Wyrażam zgodę na prezentację pracy na wystawie w Instytucie Biochemii i Biofizyki PAN i/lub w Muzeum Badań Polarnych w Puławach.</w:t>
      </w:r>
    </w:p>
    <w:p w:rsidR="000A2BF5" w:rsidRPr="0075413F" w:rsidRDefault="00FF2C2F">
      <w:pPr>
        <w:ind w:left="216" w:hanging="216"/>
        <w:rPr>
          <w:lang w:val="pl-PL"/>
        </w:rPr>
      </w:pPr>
      <w:r w:rsidRPr="0075413F">
        <w:rPr>
          <w:rFonts w:ascii="Segoe UI Symbol" w:eastAsia="Segoe UI Symbol" w:hAnsi="Segoe UI Symbol"/>
          <w:sz w:val="20"/>
          <w:lang w:val="pl-PL"/>
        </w:rPr>
        <w:t xml:space="preserve">☐ </w:t>
      </w:r>
      <w:r w:rsidRPr="0075413F">
        <w:rPr>
          <w:rFonts w:eastAsia="Calibri"/>
          <w:lang w:val="pl-PL"/>
        </w:rPr>
        <w:t>Wyrażam zgodę na publikację pracy na stronie internetowej oraz w mediach społecznościowych Organizatora.</w:t>
      </w:r>
    </w:p>
    <w:p w:rsidR="000A2BF5" w:rsidRPr="0075413F" w:rsidRDefault="00FF2C2F">
      <w:pPr>
        <w:ind w:left="216" w:hanging="216"/>
        <w:rPr>
          <w:lang w:val="pl-PL"/>
        </w:rPr>
      </w:pPr>
      <w:r w:rsidRPr="0075413F">
        <w:rPr>
          <w:rFonts w:ascii="Segoe UI Symbol" w:eastAsia="Segoe UI Symbol" w:hAnsi="Segoe UI Symbol"/>
          <w:sz w:val="20"/>
          <w:lang w:val="pl-PL"/>
        </w:rPr>
        <w:t xml:space="preserve">☐ </w:t>
      </w:r>
      <w:r w:rsidRPr="0075413F">
        <w:rPr>
          <w:rFonts w:eastAsia="Calibri"/>
          <w:lang w:val="pl-PL"/>
        </w:rPr>
        <w:t>Wyrażam zgodę na wykorzystanie wybranej pracy w kalendarzu jubileuszowym oraz materiałach informacyjnych i edukacyjnych związanych z Konkursem.</w:t>
      </w:r>
    </w:p>
    <w:p w:rsidR="000A2BF5" w:rsidRPr="0075413F" w:rsidRDefault="00FF2C2F">
      <w:pPr>
        <w:ind w:left="216" w:hanging="216"/>
        <w:rPr>
          <w:lang w:val="pl-PL"/>
        </w:rPr>
      </w:pPr>
      <w:r w:rsidRPr="0075413F">
        <w:rPr>
          <w:rFonts w:ascii="Segoe UI Symbol" w:eastAsia="Segoe UI Symbol" w:hAnsi="Segoe UI Symbol"/>
          <w:sz w:val="20"/>
          <w:lang w:val="pl-PL"/>
        </w:rPr>
        <w:t xml:space="preserve">☐ </w:t>
      </w:r>
      <w:r w:rsidRPr="0075413F">
        <w:rPr>
          <w:rFonts w:eastAsia="Calibri"/>
          <w:lang w:val="pl-PL"/>
        </w:rPr>
        <w:t>Wyrażam zgodę na prezentację wybranej pracy na Polskiej Stacji Antarktycznej im. Henryka Arctowskiego, jeżeli praca zostanie zakwalifikowana do takiej prezentacji.</w:t>
      </w:r>
    </w:p>
    <w:p w:rsidR="000A2BF5" w:rsidRPr="0075413F" w:rsidRDefault="00FF2C2F">
      <w:pPr>
        <w:keepNext/>
        <w:spacing w:before="140" w:after="60"/>
        <w:rPr>
          <w:lang w:val="pl-PL"/>
        </w:rPr>
      </w:pPr>
      <w:r w:rsidRPr="0075413F">
        <w:rPr>
          <w:rFonts w:eastAsia="Calibri"/>
          <w:b/>
          <w:sz w:val="22"/>
          <w:lang w:val="pl-PL"/>
        </w:rPr>
        <w:t>5. Potwierdzenia</w:t>
      </w:r>
    </w:p>
    <w:p w:rsidR="000A2BF5" w:rsidRPr="0075413F" w:rsidRDefault="00FF2C2F">
      <w:pPr>
        <w:ind w:left="216" w:hanging="216"/>
        <w:rPr>
          <w:lang w:val="pl-PL"/>
        </w:rPr>
      </w:pPr>
      <w:r w:rsidRPr="0075413F">
        <w:rPr>
          <w:rFonts w:ascii="Segoe UI Symbol" w:eastAsia="Segoe UI Symbol" w:hAnsi="Segoe UI Symbol"/>
          <w:sz w:val="20"/>
          <w:lang w:val="pl-PL"/>
        </w:rPr>
        <w:t xml:space="preserve">☐ </w:t>
      </w:r>
      <w:r w:rsidRPr="0075413F">
        <w:rPr>
          <w:rFonts w:eastAsia="Calibri"/>
          <w:lang w:val="pl-PL"/>
        </w:rPr>
        <w:t>Oświadczam, że zapoznałem/zapoznałam się z Regulaminem Konkursu oraz klauzulą informacyjną RODO.</w:t>
      </w:r>
    </w:p>
    <w:p w:rsidR="000A2BF5" w:rsidRPr="0075413F" w:rsidRDefault="00FF2C2F">
      <w:pPr>
        <w:ind w:left="216" w:hanging="216"/>
        <w:rPr>
          <w:lang w:val="pl-PL"/>
        </w:rPr>
      </w:pPr>
      <w:r w:rsidRPr="0075413F">
        <w:rPr>
          <w:rFonts w:ascii="Segoe UI Symbol" w:eastAsia="Segoe UI Symbol" w:hAnsi="Segoe UI Symbol"/>
          <w:sz w:val="20"/>
          <w:lang w:val="pl-PL"/>
        </w:rPr>
        <w:t xml:space="preserve">☐ </w:t>
      </w:r>
      <w:r w:rsidRPr="0075413F">
        <w:rPr>
          <w:rFonts w:eastAsia="Calibri"/>
          <w:lang w:val="pl-PL"/>
        </w:rPr>
        <w:t>Przyjmuję do wiadomości, że zgoda na publikację jest dobrowolna, ale jej brak może ograniczyć możliwość publicznej prezentacji pracy konkursowej.</w:t>
      </w:r>
    </w:p>
    <w:p w:rsidR="000A2BF5" w:rsidRDefault="00FF2C2F">
      <w:pPr>
        <w:keepNext/>
        <w:spacing w:before="140" w:after="60"/>
      </w:pPr>
      <w:r>
        <w:rPr>
          <w:rFonts w:eastAsia="Calibri"/>
          <w:b/>
          <w:sz w:val="22"/>
        </w:rPr>
        <w:t>6. Podpis rodzica/opiekuna prawnego</w:t>
      </w:r>
    </w:p>
    <w:tbl>
      <w:tblPr>
        <w:tblW w:w="0" w:type="auto"/>
        <w:jc w:val="center"/>
        <w:tblLayout w:type="fixed"/>
        <w:tblCellMar>
          <w:top w:w="85" w:type="dxa"/>
          <w:left w:w="120" w:type="dxa"/>
          <w:bottom w:w="85" w:type="dxa"/>
          <w:right w:w="120" w:type="dxa"/>
        </w:tblCellMar>
        <w:tblLook w:val="04A0" w:firstRow="1" w:lastRow="0" w:firstColumn="1" w:lastColumn="0" w:noHBand="0" w:noVBand="1"/>
      </w:tblPr>
      <w:tblGrid>
        <w:gridCol w:w="2448"/>
        <w:gridCol w:w="4464"/>
        <w:gridCol w:w="2592"/>
      </w:tblGrid>
      <w:tr w:rsidR="000A2BF5">
        <w:trPr>
          <w:jc w:val="center"/>
        </w:trPr>
        <w:tc>
          <w:tcPr>
            <w:tcW w:w="24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8EEF5"/>
            <w:vAlign w:val="center"/>
          </w:tcPr>
          <w:p w:rsidR="000A2BF5" w:rsidRDefault="00FF2C2F">
            <w:pPr>
              <w:spacing w:after="40" w:line="252" w:lineRule="auto"/>
            </w:pPr>
            <w:r>
              <w:rPr>
                <w:rFonts w:eastAsia="Calibri"/>
                <w:b/>
              </w:rPr>
              <w:t>Miejscowość i data</w:t>
            </w:r>
          </w:p>
        </w:tc>
        <w:tc>
          <w:tcPr>
            <w:tcW w:w="446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8EEF5"/>
            <w:vAlign w:val="center"/>
          </w:tcPr>
          <w:p w:rsidR="000A2BF5" w:rsidRPr="0075413F" w:rsidRDefault="00FF2C2F">
            <w:pPr>
              <w:spacing w:after="40" w:line="252" w:lineRule="auto"/>
              <w:rPr>
                <w:lang w:val="pl-PL"/>
              </w:rPr>
            </w:pPr>
            <w:r w:rsidRPr="0075413F">
              <w:rPr>
                <w:rFonts w:eastAsia="Calibri"/>
                <w:b/>
                <w:lang w:val="pl-PL"/>
              </w:rPr>
              <w:t>Czytelny podpis rodzica/opiekuna prawnego</w:t>
            </w:r>
          </w:p>
        </w:tc>
        <w:tc>
          <w:tcPr>
            <w:tcW w:w="2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8EEF5"/>
            <w:vAlign w:val="center"/>
          </w:tcPr>
          <w:p w:rsidR="000A2BF5" w:rsidRDefault="00FF2C2F">
            <w:pPr>
              <w:spacing w:after="40" w:line="252" w:lineRule="auto"/>
            </w:pPr>
            <w:r>
              <w:rPr>
                <w:rFonts w:eastAsia="Calibri"/>
                <w:b/>
              </w:rPr>
              <w:t>Uwagi, jeśli dotyczy</w:t>
            </w:r>
          </w:p>
        </w:tc>
      </w:tr>
      <w:tr w:rsidR="000A2BF5">
        <w:trPr>
          <w:jc w:val="center"/>
        </w:trPr>
        <w:tc>
          <w:tcPr>
            <w:tcW w:w="24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0A2BF5" w:rsidRDefault="00FF2C2F">
            <w:pPr>
              <w:spacing w:after="40" w:line="252" w:lineRule="auto"/>
            </w:pPr>
            <w:r>
              <w:rPr>
                <w:rFonts w:eastAsia="Calibri"/>
              </w:rPr>
              <w:br/>
            </w:r>
          </w:p>
        </w:tc>
        <w:tc>
          <w:tcPr>
            <w:tcW w:w="446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0A2BF5" w:rsidRDefault="00FF2C2F">
            <w:pPr>
              <w:spacing w:after="40" w:line="252" w:lineRule="auto"/>
            </w:pPr>
            <w:r>
              <w:rPr>
                <w:rFonts w:eastAsia="Calibri"/>
              </w:rPr>
              <w:br/>
            </w:r>
          </w:p>
        </w:tc>
        <w:tc>
          <w:tcPr>
            <w:tcW w:w="2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0A2BF5" w:rsidRDefault="00FF2C2F">
            <w:pPr>
              <w:spacing w:after="40" w:line="252" w:lineRule="auto"/>
            </w:pPr>
            <w:r>
              <w:rPr>
                <w:rFonts w:eastAsia="Calibri"/>
              </w:rPr>
              <w:br/>
            </w:r>
          </w:p>
        </w:tc>
      </w:tr>
    </w:tbl>
    <w:p w:rsidR="00FF2C2F" w:rsidRDefault="00FF2C2F"/>
    <w:sectPr w:rsidR="00FF2C2F" w:rsidSect="00034616">
      <w:pgSz w:w="12240" w:h="15840"/>
      <w:pgMar w:top="835" w:right="1210" w:bottom="749" w:left="12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2BF5"/>
    <w:rsid w:val="0015074B"/>
    <w:rsid w:val="0029639D"/>
    <w:rsid w:val="00313B5F"/>
    <w:rsid w:val="00326F90"/>
    <w:rsid w:val="0075413F"/>
    <w:rsid w:val="00AA1D8D"/>
    <w:rsid w:val="00B47730"/>
    <w:rsid w:val="00CB0664"/>
    <w:rsid w:val="00FC693F"/>
    <w:rsid w:val="00FF2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E4C6604D-FC32-4233-A985-011F1126E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pPr>
      <w:spacing w:after="80" w:line="250" w:lineRule="auto"/>
    </w:pPr>
    <w:rPr>
      <w:rFonts w:ascii="Calibri" w:hAnsi="Calibri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6BA520D-57AD-483C-BAEB-766E1ED61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zgoda na publikację pracy</dc:title>
  <dc:subject>Konkurs plastyczny Moja kartka do Henryka Arctowskiego</dc:subject>
  <dc:creator>Codex</dc:creator>
  <cp:keywords/>
  <dc:description>generated by python-docx</dc:description>
  <cp:lastModifiedBy>Author</cp:lastModifiedBy>
  <cp:revision>3</cp:revision>
  <dcterms:created xsi:type="dcterms:W3CDTF">2013-12-23T23:15:00Z</dcterms:created>
  <dcterms:modified xsi:type="dcterms:W3CDTF">2026-10-01T12:52:00Z</dcterms:modified>
  <cp:category/>
</cp:coreProperties>
</file>