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4F3" w:rsidRPr="009A668E" w:rsidRDefault="00CA1085">
      <w:pPr>
        <w:spacing w:after="40"/>
        <w:jc w:val="center"/>
        <w:rPr>
          <w:lang w:val="pl-PL"/>
        </w:rPr>
      </w:pPr>
      <w:r w:rsidRPr="009A668E">
        <w:rPr>
          <w:rFonts w:eastAsia="Calibri"/>
          <w:b/>
          <w:color w:val="000000"/>
          <w:sz w:val="30"/>
          <w:lang w:val="pl-PL"/>
        </w:rPr>
        <w:t>Załącznik nr 5</w:t>
      </w:r>
    </w:p>
    <w:p w:rsidR="002C54F3" w:rsidRPr="009A668E" w:rsidRDefault="00CA1085">
      <w:pPr>
        <w:spacing w:after="40"/>
        <w:jc w:val="center"/>
        <w:rPr>
          <w:lang w:val="pl-PL"/>
        </w:rPr>
      </w:pPr>
      <w:r w:rsidRPr="009A668E">
        <w:rPr>
          <w:rFonts w:eastAsia="Calibri"/>
          <w:b/>
          <w:sz w:val="27"/>
          <w:lang w:val="pl-PL"/>
        </w:rPr>
        <w:t>Zgoda/licencja na wykorzystanie pracy</w:t>
      </w:r>
    </w:p>
    <w:p w:rsidR="002C54F3" w:rsidRDefault="00CA1085">
      <w:pPr>
        <w:spacing w:after="160"/>
        <w:jc w:val="center"/>
      </w:pPr>
      <w:r w:rsidRPr="009A668E">
        <w:rPr>
          <w:rFonts w:eastAsia="Calibri"/>
          <w:lang w:val="pl-PL"/>
        </w:rPr>
        <w:t xml:space="preserve">Konkurs plastyczny „Moja kartka do Henryka Arctowskiego” z okazji </w:t>
      </w:r>
      <w:r w:rsidR="009A668E">
        <w:rPr>
          <w:rFonts w:eastAsia="Calibri"/>
          <w:lang w:val="pl-PL"/>
        </w:rPr>
        <w:t>jubileuszu</w:t>
      </w:r>
      <w:r w:rsidR="009A668E" w:rsidRPr="009A668E">
        <w:rPr>
          <w:rFonts w:eastAsia="Calibri"/>
          <w:lang w:val="pl-PL"/>
        </w:rPr>
        <w:t xml:space="preserve"> </w:t>
      </w:r>
      <w:r w:rsidRPr="009A668E">
        <w:rPr>
          <w:rFonts w:eastAsia="Calibri"/>
          <w:lang w:val="pl-PL"/>
        </w:rPr>
        <w:t xml:space="preserve">50-lecia Polskiej Stacji Antarktycznej im. </w:t>
      </w:r>
      <w:r>
        <w:rPr>
          <w:rFonts w:eastAsia="Calibri"/>
        </w:rPr>
        <w:t>Henryka Arctowskiego</w:t>
      </w:r>
    </w:p>
    <w:p w:rsidR="002C54F3" w:rsidRDefault="00CA1085">
      <w:pPr>
        <w:keepNext/>
        <w:spacing w:before="120" w:after="40"/>
      </w:pPr>
      <w:r>
        <w:rPr>
          <w:rFonts w:eastAsia="Calibri"/>
          <w:b/>
          <w:sz w:val="22"/>
        </w:rPr>
        <w:t>1. Dane uczestnika/uczestniczki i pracy</w:t>
      </w:r>
    </w:p>
    <w:tbl>
      <w:tblPr>
        <w:tblW w:w="0" w:type="auto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240"/>
        <w:gridCol w:w="6264"/>
      </w:tblGrid>
      <w:tr w:rsidR="002C54F3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2C54F3" w:rsidRDefault="00CA1085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Imię i nazwisko dziecka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2C54F3" w:rsidRDefault="002C54F3">
            <w:pPr>
              <w:spacing w:after="40" w:line="252" w:lineRule="auto"/>
            </w:pPr>
          </w:p>
        </w:tc>
      </w:tr>
      <w:tr w:rsidR="002C54F3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2C54F3" w:rsidRDefault="00CA1085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Klasa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2C54F3" w:rsidRDefault="002C54F3">
            <w:pPr>
              <w:spacing w:after="40" w:line="252" w:lineRule="auto"/>
            </w:pPr>
          </w:p>
        </w:tc>
      </w:tr>
      <w:tr w:rsidR="002C54F3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2C54F3" w:rsidRDefault="00CA1085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Nazwa szkoły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2C54F3" w:rsidRDefault="002C54F3">
            <w:pPr>
              <w:spacing w:after="40" w:line="252" w:lineRule="auto"/>
            </w:pPr>
          </w:p>
        </w:tc>
      </w:tr>
      <w:tr w:rsidR="002C54F3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2C54F3" w:rsidRDefault="00CA1085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Tytuł pracy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2C54F3" w:rsidRDefault="002C54F3">
            <w:pPr>
              <w:spacing w:after="40" w:line="252" w:lineRule="auto"/>
            </w:pPr>
          </w:p>
        </w:tc>
      </w:tr>
    </w:tbl>
    <w:p w:rsidR="002C54F3" w:rsidRDefault="00CA1085">
      <w:pPr>
        <w:keepNext/>
        <w:spacing w:before="120" w:after="40"/>
      </w:pPr>
      <w:r>
        <w:rPr>
          <w:rFonts w:eastAsia="Calibri"/>
          <w:b/>
          <w:sz w:val="22"/>
        </w:rPr>
        <w:t>2. Dane rodzica/opiekuna prawnego</w:t>
      </w:r>
    </w:p>
    <w:tbl>
      <w:tblPr>
        <w:tblW w:w="0" w:type="auto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240"/>
        <w:gridCol w:w="6264"/>
      </w:tblGrid>
      <w:tr w:rsidR="002C54F3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2C54F3" w:rsidRDefault="00CA1085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Imię i nazwisko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2C54F3" w:rsidRDefault="002C54F3">
            <w:pPr>
              <w:spacing w:after="40" w:line="252" w:lineRule="auto"/>
            </w:pPr>
          </w:p>
        </w:tc>
      </w:tr>
      <w:tr w:rsidR="002C54F3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2C54F3" w:rsidRDefault="00CA1085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Telefon kontaktowy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2C54F3" w:rsidRDefault="002C54F3">
            <w:pPr>
              <w:spacing w:after="40" w:line="252" w:lineRule="auto"/>
            </w:pPr>
          </w:p>
        </w:tc>
        <w:bookmarkStart w:id="0" w:name="_GoBack"/>
        <w:bookmarkEnd w:id="0"/>
      </w:tr>
      <w:tr w:rsidR="002C54F3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2C54F3" w:rsidRDefault="00CA1085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Adres e-mail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2C54F3" w:rsidRDefault="002C54F3">
            <w:pPr>
              <w:spacing w:after="40" w:line="252" w:lineRule="auto"/>
            </w:pPr>
          </w:p>
        </w:tc>
      </w:tr>
    </w:tbl>
    <w:p w:rsidR="002C54F3" w:rsidRDefault="00CA1085">
      <w:pPr>
        <w:keepNext/>
        <w:spacing w:before="120" w:after="40"/>
      </w:pPr>
      <w:r>
        <w:rPr>
          <w:rFonts w:eastAsia="Calibri"/>
          <w:b/>
          <w:sz w:val="22"/>
        </w:rPr>
        <w:t>3. Oświadczenie</w:t>
      </w:r>
    </w:p>
    <w:p w:rsidR="00B30ECF" w:rsidRPr="00FE3BB8" w:rsidRDefault="00CA1085" w:rsidP="00FE3BB8">
      <w:pPr>
        <w:pStyle w:val="Akapitzlist"/>
        <w:numPr>
          <w:ilvl w:val="0"/>
          <w:numId w:val="11"/>
        </w:numPr>
        <w:jc w:val="both"/>
        <w:rPr>
          <w:lang w:val="pl-PL"/>
        </w:rPr>
      </w:pPr>
      <w:r w:rsidRPr="00FE3BB8">
        <w:rPr>
          <w:lang w:val="pl-PL"/>
        </w:rPr>
        <w:t>Ja, niżej podpisany/podpisana, jako rodzic/opiekun prawny autora/autorki pracy</w:t>
      </w:r>
      <w:r w:rsidR="00BD7852">
        <w:rPr>
          <w:lang w:val="pl-PL"/>
        </w:rPr>
        <w:t xml:space="preserve">, </w:t>
      </w:r>
      <w:r w:rsidR="00BD7852" w:rsidRPr="00FE3BB8">
        <w:rPr>
          <w:lang w:val="pl-PL"/>
        </w:rPr>
        <w:t>działając jako jego/jej przedstawiciel ustawowy</w:t>
      </w:r>
      <w:r w:rsidR="00B30ECF" w:rsidRPr="00FE3BB8">
        <w:rPr>
          <w:lang w:val="pl-PL"/>
        </w:rPr>
        <w:t>:</w:t>
      </w:r>
    </w:p>
    <w:p w:rsidR="00B30ECF" w:rsidRDefault="00CA1085" w:rsidP="00FE3BB8">
      <w:pPr>
        <w:pStyle w:val="Akapitzlist"/>
        <w:numPr>
          <w:ilvl w:val="0"/>
          <w:numId w:val="13"/>
        </w:numPr>
        <w:jc w:val="both"/>
        <w:rPr>
          <w:lang w:val="pl-PL"/>
        </w:rPr>
      </w:pPr>
      <w:r w:rsidRPr="00B30ECF">
        <w:rPr>
          <w:lang w:val="pl-PL"/>
        </w:rPr>
        <w:t>oświadczam, że</w:t>
      </w:r>
      <w:r w:rsidR="00BD7852">
        <w:rPr>
          <w:lang w:val="pl-PL"/>
        </w:rPr>
        <w:t xml:space="preserve"> </w:t>
      </w:r>
      <w:r w:rsidR="00BD7852" w:rsidRPr="00FE3BB8">
        <w:rPr>
          <w:lang w:val="pl-PL"/>
        </w:rPr>
        <w:t>zgodnie z moją wiedzą</w:t>
      </w:r>
      <w:r w:rsidRPr="00B30ECF">
        <w:rPr>
          <w:lang w:val="pl-PL"/>
        </w:rPr>
        <w:t xml:space="preserve"> praca zgłaszana do Konkursu została wykonana samodzielnie przez dziecko i nie narusza praw osób trzecich</w:t>
      </w:r>
      <w:r w:rsidR="00B30ECF" w:rsidRPr="00FE3BB8">
        <w:rPr>
          <w:lang w:val="pl-PL"/>
        </w:rPr>
        <w:t>;</w:t>
      </w:r>
    </w:p>
    <w:p w:rsidR="00BD7852" w:rsidRDefault="00BD7852" w:rsidP="00FE3BB8">
      <w:pPr>
        <w:pStyle w:val="Akapitzlist"/>
        <w:numPr>
          <w:ilvl w:val="0"/>
          <w:numId w:val="13"/>
        </w:numPr>
        <w:jc w:val="both"/>
        <w:rPr>
          <w:lang w:val="pl-PL"/>
        </w:rPr>
      </w:pPr>
      <w:r w:rsidRPr="00FE3BB8">
        <w:rPr>
          <w:lang w:val="pl-PL"/>
        </w:rPr>
        <w:t>udzielam Organizatorowi w imieniu autora/autorki pracy niewyłącznej i nieodpłatnej licencji na korzystanie z pracy na polach eksploatacji określonych w § 10 ust. 3 Regulaminu Konkursu, na zasadach określonych w § 10 Regulaminu, w szczególności na czas nieoznaczony i bez ograniczeń terytorialnych, w zakresie związanym z organizacją i dokumentowaniem Konkursu, obchodami jubileuszu oraz działalnością edukacyjną, informacyjną, naukową i promocyjną Organizatora;</w:t>
      </w:r>
    </w:p>
    <w:p w:rsidR="00B30ECF" w:rsidRPr="00B30ECF" w:rsidRDefault="00B30ECF" w:rsidP="00FE3BB8">
      <w:pPr>
        <w:pStyle w:val="Akapitzlist"/>
        <w:numPr>
          <w:ilvl w:val="0"/>
          <w:numId w:val="13"/>
        </w:numPr>
        <w:jc w:val="both"/>
        <w:rPr>
          <w:lang w:val="pl-PL"/>
        </w:rPr>
      </w:pPr>
      <w:r>
        <w:rPr>
          <w:lang w:val="pl-PL"/>
        </w:rPr>
        <w:t>wyrażam zgodę na</w:t>
      </w:r>
      <w:r w:rsidRPr="00B30ECF">
        <w:rPr>
          <w:lang w:val="pl-PL"/>
        </w:rPr>
        <w:t xml:space="preserve"> dokonywani</w:t>
      </w:r>
      <w:r>
        <w:rPr>
          <w:lang w:val="pl-PL"/>
        </w:rPr>
        <w:t>e przez Organizatora</w:t>
      </w:r>
      <w:r w:rsidRPr="00B30ECF">
        <w:rPr>
          <w:lang w:val="pl-PL"/>
        </w:rPr>
        <w:t xml:space="preserve"> zmian technicznych pracy niezbędnych do jej publikacji lub prezentacji, na zasadach określonych w § 10 ust. 5 Regulaminu.</w:t>
      </w:r>
    </w:p>
    <w:p w:rsidR="00B30ECF" w:rsidRPr="00FE3BB8" w:rsidRDefault="00B30ECF" w:rsidP="00FE3BB8">
      <w:pPr>
        <w:pStyle w:val="Akapitzlist"/>
        <w:numPr>
          <w:ilvl w:val="0"/>
          <w:numId w:val="11"/>
        </w:numPr>
        <w:jc w:val="both"/>
        <w:rPr>
          <w:lang w:val="pl-PL"/>
        </w:rPr>
      </w:pPr>
      <w:r w:rsidRPr="00B30ECF">
        <w:rPr>
          <w:lang w:val="pl-PL"/>
        </w:rPr>
        <w:t>Udzielenie licencji nie powoduje przeniesienia autorskich praw majątkowych do pracy na Organizatora.</w:t>
      </w:r>
    </w:p>
    <w:p w:rsidR="002C54F3" w:rsidRDefault="00BD7852">
      <w:pPr>
        <w:keepNext/>
        <w:spacing w:before="120" w:after="40"/>
      </w:pPr>
      <w:r>
        <w:rPr>
          <w:rFonts w:eastAsia="Calibri"/>
          <w:b/>
          <w:sz w:val="22"/>
        </w:rPr>
        <w:t>4</w:t>
      </w:r>
      <w:r w:rsidR="00CA1085">
        <w:rPr>
          <w:rFonts w:eastAsia="Calibri"/>
          <w:b/>
          <w:sz w:val="22"/>
        </w:rPr>
        <w:t>. Podpis rodzica/opiekuna prawnego</w:t>
      </w:r>
    </w:p>
    <w:tbl>
      <w:tblPr>
        <w:tblW w:w="0" w:type="auto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448"/>
        <w:gridCol w:w="4464"/>
        <w:gridCol w:w="2592"/>
      </w:tblGrid>
      <w:tr w:rsidR="002C54F3">
        <w:trPr>
          <w:jc w:val="center"/>
        </w:trPr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2C54F3" w:rsidRDefault="00CA1085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Miejscowość i data</w:t>
            </w:r>
          </w:p>
        </w:tc>
        <w:tc>
          <w:tcPr>
            <w:tcW w:w="44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2C54F3" w:rsidRPr="009A668E" w:rsidRDefault="00CA1085">
            <w:pPr>
              <w:spacing w:after="40" w:line="252" w:lineRule="auto"/>
              <w:rPr>
                <w:lang w:val="pl-PL"/>
              </w:rPr>
            </w:pPr>
            <w:r w:rsidRPr="009A668E">
              <w:rPr>
                <w:rFonts w:eastAsia="Calibri"/>
                <w:b/>
                <w:sz w:val="18"/>
                <w:lang w:val="pl-PL"/>
              </w:rPr>
              <w:t>Czytelny podpis rodzica/opiekuna prawnego</w:t>
            </w:r>
          </w:p>
        </w:tc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2C54F3" w:rsidRDefault="00CA1085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Uwagi, jeśli dotyczy</w:t>
            </w:r>
          </w:p>
        </w:tc>
      </w:tr>
      <w:tr w:rsidR="002C54F3">
        <w:trPr>
          <w:jc w:val="center"/>
        </w:trPr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2C54F3" w:rsidRDefault="00CA1085">
            <w:pPr>
              <w:spacing w:after="40" w:line="252" w:lineRule="auto"/>
            </w:pPr>
            <w:r>
              <w:rPr>
                <w:rFonts w:eastAsia="Calibri"/>
                <w:sz w:val="18"/>
              </w:rPr>
              <w:br/>
            </w:r>
          </w:p>
        </w:tc>
        <w:tc>
          <w:tcPr>
            <w:tcW w:w="44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2C54F3" w:rsidRDefault="00CA1085">
            <w:pPr>
              <w:spacing w:after="40" w:line="252" w:lineRule="auto"/>
            </w:pPr>
            <w:r>
              <w:rPr>
                <w:rFonts w:eastAsia="Calibri"/>
                <w:sz w:val="18"/>
              </w:rPr>
              <w:br/>
            </w:r>
          </w:p>
        </w:tc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2C54F3" w:rsidRDefault="00CA1085">
            <w:pPr>
              <w:spacing w:after="40" w:line="252" w:lineRule="auto"/>
            </w:pPr>
            <w:r>
              <w:rPr>
                <w:rFonts w:eastAsia="Calibri"/>
                <w:sz w:val="18"/>
              </w:rPr>
              <w:br/>
            </w:r>
          </w:p>
        </w:tc>
      </w:tr>
    </w:tbl>
    <w:p w:rsidR="00CA1085" w:rsidRDefault="00CA1085"/>
    <w:sectPr w:rsidR="00CA1085" w:rsidSect="00034616">
      <w:pgSz w:w="12240" w:h="15840"/>
      <w:pgMar w:top="749" w:right="1181" w:bottom="662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14693"/>
    <w:multiLevelType w:val="hybridMultilevel"/>
    <w:tmpl w:val="90744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0070BF"/>
    <w:multiLevelType w:val="hybridMultilevel"/>
    <w:tmpl w:val="7D62AE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602979"/>
    <w:multiLevelType w:val="hybridMultilevel"/>
    <w:tmpl w:val="ED128F10"/>
    <w:lvl w:ilvl="0" w:tplc="41165546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322AE0"/>
    <w:multiLevelType w:val="hybridMultilevel"/>
    <w:tmpl w:val="4170E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1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54F3"/>
    <w:rsid w:val="00326F90"/>
    <w:rsid w:val="009A668E"/>
    <w:rsid w:val="00AA1D8D"/>
    <w:rsid w:val="00B30ECF"/>
    <w:rsid w:val="00B47730"/>
    <w:rsid w:val="00BD7852"/>
    <w:rsid w:val="00CA1085"/>
    <w:rsid w:val="00CB0664"/>
    <w:rsid w:val="00FC693F"/>
    <w:rsid w:val="00FE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4C6604D-FC32-4233-A985-011F1126E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60" w:line="247" w:lineRule="auto"/>
    </w:pPr>
    <w:rPr>
      <w:rFonts w:ascii="Calibri" w:hAnsi="Calibri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FE3B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8BC3FE-3D5E-4FF7-AED8-748B9C208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1314</Characters>
  <Application>Microsoft Office Word</Application>
  <DocSecurity>0</DocSecurity>
  <Lines>10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5 zgoda licencja na wykorzystanie pracy</vt:lpstr>
      <vt:lpstr/>
    </vt:vector>
  </TitlesOfParts>
  <Manager/>
  <Company/>
  <LinksUpToDate>false</LinksUpToDate>
  <CharactersWithSpaces>1530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zgoda licencja na wykorzystanie pracy</dc:title>
  <dc:subject>Konkurs plastyczny Moja kartka do Henryka Arctowskiego</dc:subject>
  <dc:creator>Codex</dc:creator>
  <cp:keywords/>
  <dc:description>generated by python-docx</dc:description>
  <cp:lastModifiedBy>Author</cp:lastModifiedBy>
  <cp:revision>2</cp:revision>
  <dcterms:created xsi:type="dcterms:W3CDTF">2026-10-01T12:47:00Z</dcterms:created>
  <dcterms:modified xsi:type="dcterms:W3CDTF">2026-10-01T12:47:00Z</dcterms:modified>
  <cp:category/>
</cp:coreProperties>
</file>