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3FE8" w:rsidRPr="006A532A" w:rsidRDefault="003610F8">
      <w:pPr>
        <w:spacing w:after="40"/>
        <w:jc w:val="center"/>
        <w:rPr>
          <w:lang w:val="pl-PL"/>
        </w:rPr>
      </w:pPr>
      <w:r w:rsidRPr="006A532A">
        <w:rPr>
          <w:rFonts w:eastAsia="Calibri"/>
          <w:b/>
          <w:color w:val="000000"/>
          <w:sz w:val="32"/>
          <w:lang w:val="pl-PL"/>
        </w:rPr>
        <w:t>Załącznik nr 3</w:t>
      </w:r>
    </w:p>
    <w:p w:rsidR="00073FE8" w:rsidRPr="006A532A" w:rsidRDefault="003610F8">
      <w:pPr>
        <w:spacing w:after="40"/>
        <w:jc w:val="center"/>
        <w:rPr>
          <w:lang w:val="pl-PL"/>
        </w:rPr>
      </w:pPr>
      <w:r w:rsidRPr="006A532A">
        <w:rPr>
          <w:rFonts w:eastAsia="Calibri"/>
          <w:b/>
          <w:sz w:val="28"/>
          <w:lang w:val="pl-PL"/>
        </w:rPr>
        <w:t>Zgoda rodzica/opiekuna prawnego na udział dziecka w Konkursie</w:t>
      </w:r>
    </w:p>
    <w:p w:rsidR="00073FE8" w:rsidRDefault="003610F8">
      <w:pPr>
        <w:spacing w:after="240"/>
        <w:jc w:val="center"/>
      </w:pPr>
      <w:r w:rsidRPr="006A532A">
        <w:rPr>
          <w:rFonts w:eastAsia="Calibri"/>
          <w:lang w:val="pl-PL"/>
        </w:rPr>
        <w:t xml:space="preserve">Konkurs plastyczny „Moja kartka do Henryka Arctowskiego” z okazji </w:t>
      </w:r>
      <w:r w:rsidR="006A532A">
        <w:rPr>
          <w:rFonts w:eastAsia="Calibri"/>
          <w:lang w:val="pl-PL"/>
        </w:rPr>
        <w:t>jubileuszu</w:t>
      </w:r>
      <w:r w:rsidR="006A532A" w:rsidRPr="006A532A">
        <w:rPr>
          <w:rFonts w:eastAsia="Calibri"/>
          <w:lang w:val="pl-PL"/>
        </w:rPr>
        <w:t xml:space="preserve"> </w:t>
      </w:r>
      <w:r w:rsidRPr="006A532A">
        <w:rPr>
          <w:rFonts w:eastAsia="Calibri"/>
          <w:lang w:val="pl-PL"/>
        </w:rPr>
        <w:t xml:space="preserve">50-lecia Polskiej Stacji Antarktycznej im. </w:t>
      </w:r>
      <w:r>
        <w:rPr>
          <w:rFonts w:eastAsia="Calibri"/>
        </w:rPr>
        <w:t>Henryka Arctowskiego</w:t>
      </w:r>
    </w:p>
    <w:p w:rsidR="00073FE8" w:rsidRDefault="003610F8">
      <w:pPr>
        <w:keepNext/>
        <w:spacing w:before="180" w:after="80"/>
      </w:pPr>
      <w:r>
        <w:rPr>
          <w:rFonts w:eastAsia="Calibri"/>
          <w:b/>
          <w:sz w:val="24"/>
        </w:rPr>
        <w:t>1. Dane uczestnika/uczestniczki</w:t>
      </w:r>
    </w:p>
    <w:tbl>
      <w:tblPr>
        <w:tblW w:w="0" w:type="auto"/>
        <w:jc w:val="center"/>
        <w:tblLayout w:type="fixed"/>
        <w:tblCellMar>
          <w:top w:w="110" w:type="dxa"/>
          <w:left w:w="140" w:type="dxa"/>
          <w:bottom w:w="110" w:type="dxa"/>
          <w:right w:w="140" w:type="dxa"/>
        </w:tblCellMar>
        <w:tblLook w:val="04A0" w:firstRow="1" w:lastRow="0" w:firstColumn="1" w:lastColumn="0" w:noHBand="0" w:noVBand="1"/>
      </w:tblPr>
      <w:tblGrid>
        <w:gridCol w:w="3384"/>
        <w:gridCol w:w="6120"/>
      </w:tblGrid>
      <w:tr w:rsidR="00073FE8">
        <w:trPr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073FE8" w:rsidRDefault="003610F8">
            <w:pPr>
              <w:spacing w:after="40" w:line="252" w:lineRule="auto"/>
            </w:pPr>
            <w:r>
              <w:rPr>
                <w:rFonts w:eastAsia="Calibri"/>
                <w:b/>
                <w:sz w:val="20"/>
              </w:rPr>
              <w:t>Imię i nazwisko dziecka</w:t>
            </w:r>
          </w:p>
        </w:tc>
        <w:tc>
          <w:tcPr>
            <w:tcW w:w="61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073FE8" w:rsidRDefault="00073FE8">
            <w:pPr>
              <w:spacing w:after="40" w:line="252" w:lineRule="auto"/>
            </w:pPr>
          </w:p>
        </w:tc>
      </w:tr>
      <w:tr w:rsidR="00073FE8">
        <w:trPr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073FE8" w:rsidRDefault="003610F8">
            <w:pPr>
              <w:spacing w:after="40" w:line="252" w:lineRule="auto"/>
            </w:pPr>
            <w:r>
              <w:rPr>
                <w:rFonts w:eastAsia="Calibri"/>
                <w:b/>
                <w:sz w:val="20"/>
              </w:rPr>
              <w:t>Klasa</w:t>
            </w:r>
          </w:p>
        </w:tc>
        <w:tc>
          <w:tcPr>
            <w:tcW w:w="61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073FE8" w:rsidRDefault="00073FE8">
            <w:pPr>
              <w:spacing w:after="40" w:line="252" w:lineRule="auto"/>
            </w:pPr>
          </w:p>
        </w:tc>
      </w:tr>
      <w:tr w:rsidR="00073FE8">
        <w:trPr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073FE8" w:rsidRDefault="003610F8">
            <w:pPr>
              <w:spacing w:after="40" w:line="252" w:lineRule="auto"/>
            </w:pPr>
            <w:r>
              <w:rPr>
                <w:rFonts w:eastAsia="Calibri"/>
                <w:b/>
                <w:sz w:val="20"/>
              </w:rPr>
              <w:t>Nazwa szkoły</w:t>
            </w:r>
          </w:p>
        </w:tc>
        <w:tc>
          <w:tcPr>
            <w:tcW w:w="61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073FE8" w:rsidRDefault="00073FE8">
            <w:pPr>
              <w:spacing w:after="40" w:line="252" w:lineRule="auto"/>
            </w:pPr>
          </w:p>
        </w:tc>
      </w:tr>
      <w:tr w:rsidR="00073FE8">
        <w:trPr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073FE8" w:rsidRDefault="003610F8">
            <w:pPr>
              <w:spacing w:after="40" w:line="252" w:lineRule="auto"/>
            </w:pPr>
            <w:r>
              <w:rPr>
                <w:rFonts w:eastAsia="Calibri"/>
                <w:b/>
                <w:sz w:val="20"/>
              </w:rPr>
              <w:t>Tytuł zgłaszanej pracy</w:t>
            </w:r>
          </w:p>
        </w:tc>
        <w:tc>
          <w:tcPr>
            <w:tcW w:w="61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073FE8" w:rsidRDefault="00073FE8">
            <w:pPr>
              <w:spacing w:after="40" w:line="252" w:lineRule="auto"/>
            </w:pPr>
          </w:p>
        </w:tc>
      </w:tr>
    </w:tbl>
    <w:p w:rsidR="00073FE8" w:rsidRDefault="003610F8">
      <w:pPr>
        <w:keepNext/>
        <w:spacing w:before="180" w:after="80"/>
      </w:pPr>
      <w:r>
        <w:rPr>
          <w:rFonts w:eastAsia="Calibri"/>
          <w:b/>
          <w:sz w:val="24"/>
        </w:rPr>
        <w:t>2. Dane rodzica/opiekuna prawnego</w:t>
      </w:r>
    </w:p>
    <w:tbl>
      <w:tblPr>
        <w:tblW w:w="0" w:type="auto"/>
        <w:jc w:val="center"/>
        <w:tblLayout w:type="fixed"/>
        <w:tblCellMar>
          <w:top w:w="110" w:type="dxa"/>
          <w:left w:w="140" w:type="dxa"/>
          <w:bottom w:w="110" w:type="dxa"/>
          <w:right w:w="140" w:type="dxa"/>
        </w:tblCellMar>
        <w:tblLook w:val="04A0" w:firstRow="1" w:lastRow="0" w:firstColumn="1" w:lastColumn="0" w:noHBand="0" w:noVBand="1"/>
      </w:tblPr>
      <w:tblGrid>
        <w:gridCol w:w="3384"/>
        <w:gridCol w:w="6120"/>
      </w:tblGrid>
      <w:tr w:rsidR="00073FE8">
        <w:trPr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073FE8" w:rsidRDefault="003610F8">
            <w:pPr>
              <w:spacing w:after="40" w:line="252" w:lineRule="auto"/>
            </w:pPr>
            <w:r>
              <w:rPr>
                <w:rFonts w:eastAsia="Calibri"/>
                <w:b/>
                <w:sz w:val="20"/>
              </w:rPr>
              <w:t>Imię i nazwisko</w:t>
            </w:r>
          </w:p>
        </w:tc>
        <w:tc>
          <w:tcPr>
            <w:tcW w:w="61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073FE8" w:rsidRDefault="00073FE8">
            <w:pPr>
              <w:spacing w:after="40" w:line="252" w:lineRule="auto"/>
            </w:pPr>
          </w:p>
        </w:tc>
      </w:tr>
      <w:tr w:rsidR="00073FE8">
        <w:trPr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073FE8" w:rsidRDefault="003610F8">
            <w:pPr>
              <w:spacing w:after="40" w:line="252" w:lineRule="auto"/>
            </w:pPr>
            <w:r>
              <w:rPr>
                <w:rFonts w:eastAsia="Calibri"/>
                <w:b/>
                <w:sz w:val="20"/>
              </w:rPr>
              <w:t>Telefon kontaktowy</w:t>
            </w:r>
          </w:p>
        </w:tc>
        <w:tc>
          <w:tcPr>
            <w:tcW w:w="61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073FE8" w:rsidRDefault="00073FE8">
            <w:pPr>
              <w:spacing w:after="40" w:line="252" w:lineRule="auto"/>
            </w:pPr>
          </w:p>
        </w:tc>
      </w:tr>
      <w:tr w:rsidR="00073FE8">
        <w:trPr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073FE8" w:rsidRDefault="003610F8">
            <w:pPr>
              <w:spacing w:after="40" w:line="252" w:lineRule="auto"/>
            </w:pPr>
            <w:r>
              <w:rPr>
                <w:rFonts w:eastAsia="Calibri"/>
                <w:b/>
                <w:sz w:val="20"/>
              </w:rPr>
              <w:t>Adres e-mail</w:t>
            </w:r>
          </w:p>
        </w:tc>
        <w:tc>
          <w:tcPr>
            <w:tcW w:w="61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073FE8" w:rsidRDefault="00073FE8">
            <w:pPr>
              <w:spacing w:after="40" w:line="252" w:lineRule="auto"/>
            </w:pPr>
          </w:p>
        </w:tc>
      </w:tr>
    </w:tbl>
    <w:p w:rsidR="00073FE8" w:rsidRDefault="003610F8">
      <w:pPr>
        <w:keepNext/>
        <w:spacing w:before="180" w:after="80"/>
      </w:pPr>
      <w:r>
        <w:rPr>
          <w:rFonts w:eastAsia="Calibri"/>
          <w:b/>
          <w:sz w:val="24"/>
        </w:rPr>
        <w:t>3. Treść zgody</w:t>
      </w:r>
    </w:p>
    <w:p w:rsidR="00073FE8" w:rsidRPr="006A532A" w:rsidRDefault="003610F8">
      <w:pPr>
        <w:rPr>
          <w:lang w:val="pl-PL"/>
        </w:rPr>
      </w:pPr>
      <w:r w:rsidRPr="006A532A">
        <w:rPr>
          <w:rFonts w:eastAsia="Calibri"/>
          <w:lang w:val="pl-PL"/>
        </w:rPr>
        <w:t>Ja, niżej podpisany/podpisana, jako rodzic/opiekun prawny wskazanego wyżej dziecka, wyrażam zgodę na jego udział w konkursie plastycznym „Moja kartka do Henryka Arctowskiego”, organizowanym z okazji 50-lecia Polskiej Stacji Antarktycznej im. Henryka Arctowskiego.</w:t>
      </w:r>
    </w:p>
    <w:p w:rsidR="00073FE8" w:rsidRPr="006A532A" w:rsidRDefault="003610F8">
      <w:pPr>
        <w:rPr>
          <w:lang w:val="pl-PL"/>
        </w:rPr>
      </w:pPr>
      <w:r w:rsidRPr="006A532A">
        <w:rPr>
          <w:rFonts w:eastAsia="Calibri"/>
          <w:lang w:val="pl-PL"/>
        </w:rPr>
        <w:t>Oświadczam, że zapoznałem/zapoznałam się z Regulaminem Konkursu i akceptuję jego postanowienia.</w:t>
      </w:r>
    </w:p>
    <w:p w:rsidR="00073FE8" w:rsidRPr="006A532A" w:rsidRDefault="003610F8">
      <w:pPr>
        <w:keepNext/>
        <w:spacing w:before="180" w:after="80"/>
        <w:rPr>
          <w:lang w:val="pl-PL"/>
        </w:rPr>
      </w:pPr>
      <w:r w:rsidRPr="006A532A">
        <w:rPr>
          <w:rFonts w:eastAsia="Calibri"/>
          <w:b/>
          <w:sz w:val="24"/>
          <w:lang w:val="pl-PL"/>
        </w:rPr>
        <w:t>4. Potwierdzenia</w:t>
      </w:r>
    </w:p>
    <w:p w:rsidR="00073FE8" w:rsidRPr="006A532A" w:rsidRDefault="003610F8">
      <w:pPr>
        <w:spacing w:after="80"/>
        <w:ind w:left="216" w:hanging="216"/>
        <w:rPr>
          <w:lang w:val="pl-PL"/>
        </w:rPr>
      </w:pPr>
      <w:r w:rsidRPr="006A532A">
        <w:rPr>
          <w:rFonts w:ascii="Segoe UI Symbol" w:eastAsia="Segoe UI Symbol" w:hAnsi="Segoe UI Symbol"/>
          <w:lang w:val="pl-PL"/>
        </w:rPr>
        <w:t xml:space="preserve">☐ </w:t>
      </w:r>
      <w:r w:rsidRPr="006A532A">
        <w:rPr>
          <w:rFonts w:eastAsia="Calibri"/>
          <w:sz w:val="20"/>
          <w:lang w:val="pl-PL"/>
        </w:rPr>
        <w:t>Wyrażam zgodę na udział dziecka w Konkursie.</w:t>
      </w:r>
    </w:p>
    <w:p w:rsidR="00073FE8" w:rsidRPr="006A532A" w:rsidRDefault="003610F8">
      <w:pPr>
        <w:spacing w:after="80"/>
        <w:ind w:left="216" w:hanging="216"/>
        <w:rPr>
          <w:lang w:val="pl-PL"/>
        </w:rPr>
      </w:pPr>
      <w:r w:rsidRPr="006A532A">
        <w:rPr>
          <w:rFonts w:ascii="Segoe UI Symbol" w:eastAsia="Segoe UI Symbol" w:hAnsi="Segoe UI Symbol"/>
          <w:lang w:val="pl-PL"/>
        </w:rPr>
        <w:t xml:space="preserve">☐ </w:t>
      </w:r>
      <w:r w:rsidRPr="006A532A">
        <w:rPr>
          <w:rFonts w:eastAsia="Calibri"/>
          <w:sz w:val="20"/>
          <w:lang w:val="pl-PL"/>
        </w:rPr>
        <w:t>Potwierdzam, że praca została wykonana samodzielnie przez dziecko, zgodnie z zasadami określonymi w Regulaminie Konkursu.</w:t>
      </w:r>
    </w:p>
    <w:p w:rsidR="00073FE8" w:rsidRPr="006A532A" w:rsidRDefault="003610F8">
      <w:pPr>
        <w:spacing w:after="80"/>
        <w:ind w:left="216" w:hanging="216"/>
        <w:rPr>
          <w:lang w:val="pl-PL"/>
        </w:rPr>
      </w:pPr>
      <w:r w:rsidRPr="006A532A">
        <w:rPr>
          <w:rFonts w:ascii="Segoe UI Symbol" w:eastAsia="Segoe UI Symbol" w:hAnsi="Segoe UI Symbol"/>
          <w:lang w:val="pl-PL"/>
        </w:rPr>
        <w:t xml:space="preserve">☐ </w:t>
      </w:r>
      <w:r w:rsidR="00051CE9">
        <w:rPr>
          <w:rFonts w:eastAsia="Calibri"/>
          <w:sz w:val="20"/>
          <w:lang w:val="pl-PL"/>
        </w:rPr>
        <w:t>Przyjmuję do wiadomości, że do zgłoszenia pracy wymagane są także pozostałe załączniki wskazane w Regulaminie oraz potwierdzam zapoznanie się z klauzulą informacyjną dotyczącą przetwarzania danych osobowych, stanowiącą załącznik nr 4 do Regulaminu</w:t>
      </w:r>
      <w:bookmarkStart w:id="0" w:name="_GoBack"/>
      <w:bookmarkEnd w:id="0"/>
      <w:r w:rsidRPr="006A532A">
        <w:rPr>
          <w:rFonts w:eastAsia="Calibri"/>
          <w:sz w:val="20"/>
          <w:lang w:val="pl-PL"/>
        </w:rPr>
        <w:t>.</w:t>
      </w:r>
    </w:p>
    <w:p w:rsidR="00073FE8" w:rsidRDefault="003610F8">
      <w:pPr>
        <w:keepNext/>
        <w:spacing w:before="180" w:after="80"/>
      </w:pPr>
      <w:r>
        <w:rPr>
          <w:rFonts w:eastAsia="Calibri"/>
          <w:b/>
          <w:sz w:val="24"/>
        </w:rPr>
        <w:t>5. Podpis rodzica/opiekuna prawnego</w:t>
      </w:r>
    </w:p>
    <w:tbl>
      <w:tblPr>
        <w:tblW w:w="0" w:type="auto"/>
        <w:jc w:val="center"/>
        <w:tblLayout w:type="fixed"/>
        <w:tblCellMar>
          <w:top w:w="110" w:type="dxa"/>
          <w:left w:w="140" w:type="dxa"/>
          <w:bottom w:w="110" w:type="dxa"/>
          <w:right w:w="140" w:type="dxa"/>
        </w:tblCellMar>
        <w:tblLook w:val="04A0" w:firstRow="1" w:lastRow="0" w:firstColumn="1" w:lastColumn="0" w:noHBand="0" w:noVBand="1"/>
      </w:tblPr>
      <w:tblGrid>
        <w:gridCol w:w="2448"/>
        <w:gridCol w:w="4464"/>
        <w:gridCol w:w="2592"/>
      </w:tblGrid>
      <w:tr w:rsidR="00073FE8">
        <w:trPr>
          <w:jc w:val="center"/>
        </w:trPr>
        <w:tc>
          <w:tcPr>
            <w:tcW w:w="24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8EEF5"/>
            <w:vAlign w:val="center"/>
          </w:tcPr>
          <w:p w:rsidR="00073FE8" w:rsidRDefault="003610F8">
            <w:pPr>
              <w:spacing w:after="40" w:line="252" w:lineRule="auto"/>
            </w:pPr>
            <w:r>
              <w:rPr>
                <w:rFonts w:eastAsia="Calibri"/>
                <w:b/>
                <w:sz w:val="20"/>
              </w:rPr>
              <w:t>Miejscowość i data</w:t>
            </w:r>
          </w:p>
        </w:tc>
        <w:tc>
          <w:tcPr>
            <w:tcW w:w="446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8EEF5"/>
            <w:vAlign w:val="center"/>
          </w:tcPr>
          <w:p w:rsidR="00073FE8" w:rsidRPr="006A532A" w:rsidRDefault="003610F8">
            <w:pPr>
              <w:spacing w:after="40" w:line="252" w:lineRule="auto"/>
              <w:rPr>
                <w:lang w:val="pl-PL"/>
              </w:rPr>
            </w:pPr>
            <w:r w:rsidRPr="006A532A">
              <w:rPr>
                <w:rFonts w:eastAsia="Calibri"/>
                <w:b/>
                <w:sz w:val="20"/>
                <w:lang w:val="pl-PL"/>
              </w:rPr>
              <w:t>Czytelny podpis rodzica/opiekuna prawnego</w:t>
            </w:r>
          </w:p>
        </w:tc>
        <w:tc>
          <w:tcPr>
            <w:tcW w:w="2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8EEF5"/>
            <w:vAlign w:val="center"/>
          </w:tcPr>
          <w:p w:rsidR="00073FE8" w:rsidRDefault="003610F8">
            <w:pPr>
              <w:spacing w:after="40" w:line="252" w:lineRule="auto"/>
            </w:pPr>
            <w:r>
              <w:rPr>
                <w:rFonts w:eastAsia="Calibri"/>
                <w:b/>
                <w:sz w:val="20"/>
              </w:rPr>
              <w:t>Uwagi, jeśli dotyczy</w:t>
            </w:r>
          </w:p>
        </w:tc>
      </w:tr>
      <w:tr w:rsidR="00073FE8">
        <w:trPr>
          <w:jc w:val="center"/>
        </w:trPr>
        <w:tc>
          <w:tcPr>
            <w:tcW w:w="24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073FE8" w:rsidRDefault="003610F8">
            <w:pPr>
              <w:spacing w:after="40" w:line="252" w:lineRule="auto"/>
            </w:pPr>
            <w:r>
              <w:rPr>
                <w:rFonts w:eastAsia="Calibri"/>
                <w:sz w:val="20"/>
              </w:rPr>
              <w:br/>
            </w:r>
          </w:p>
        </w:tc>
        <w:tc>
          <w:tcPr>
            <w:tcW w:w="446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073FE8" w:rsidRDefault="003610F8">
            <w:pPr>
              <w:spacing w:after="40" w:line="252" w:lineRule="auto"/>
            </w:pPr>
            <w:r>
              <w:rPr>
                <w:rFonts w:eastAsia="Calibri"/>
                <w:sz w:val="20"/>
              </w:rPr>
              <w:br/>
            </w:r>
          </w:p>
        </w:tc>
        <w:tc>
          <w:tcPr>
            <w:tcW w:w="2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073FE8" w:rsidRDefault="003610F8">
            <w:pPr>
              <w:spacing w:after="40" w:line="252" w:lineRule="auto"/>
            </w:pPr>
            <w:r>
              <w:rPr>
                <w:rFonts w:eastAsia="Calibri"/>
                <w:sz w:val="20"/>
              </w:rPr>
              <w:br/>
            </w:r>
          </w:p>
        </w:tc>
      </w:tr>
    </w:tbl>
    <w:p w:rsidR="003610F8" w:rsidRDefault="003610F8"/>
    <w:sectPr w:rsidR="003610F8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1CE9"/>
    <w:rsid w:val="0006063C"/>
    <w:rsid w:val="00073FE8"/>
    <w:rsid w:val="0015074B"/>
    <w:rsid w:val="0029639D"/>
    <w:rsid w:val="00326F90"/>
    <w:rsid w:val="003610F8"/>
    <w:rsid w:val="006A532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E4C6604D-FC32-4233-A985-011F1126E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Calibri" w:hAnsi="Calibri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C76C0D8-3799-4685-9C48-7739930B2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zgoda rodzica opiekuna prawnego na udział dziecka w Konkursie</dc:title>
  <dc:subject>Konkurs plastyczny Moja kartka do Henryka Arctowskiego</dc:subject>
  <dc:creator>Codex</dc:creator>
  <cp:keywords/>
  <dc:description>generated by python-docx</dc:description>
  <cp:lastModifiedBy>Author</cp:lastModifiedBy>
  <cp:revision>3</cp:revision>
  <dcterms:created xsi:type="dcterms:W3CDTF">2013-12-23T23:15:00Z</dcterms:created>
  <dcterms:modified xsi:type="dcterms:W3CDTF">2026-10-01T12:43:00Z</dcterms:modified>
  <cp:category/>
</cp:coreProperties>
</file>