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099" w:rsidRPr="00037B9F" w:rsidRDefault="00037B9F">
      <w:pPr>
        <w:spacing w:after="40"/>
        <w:jc w:val="center"/>
        <w:rPr>
          <w:lang w:val="pl-PL"/>
        </w:rPr>
      </w:pPr>
      <w:r w:rsidRPr="00037B9F">
        <w:rPr>
          <w:rFonts w:eastAsia="Calibri"/>
          <w:b/>
          <w:color w:val="000000"/>
          <w:sz w:val="32"/>
          <w:lang w:val="pl-PL"/>
        </w:rPr>
        <w:t>Załącznik nr 2</w:t>
      </w:r>
    </w:p>
    <w:p w:rsidR="00B84099" w:rsidRPr="00037B9F" w:rsidRDefault="00037B9F">
      <w:pPr>
        <w:spacing w:after="40"/>
        <w:jc w:val="center"/>
        <w:rPr>
          <w:lang w:val="pl-PL"/>
        </w:rPr>
      </w:pPr>
      <w:r w:rsidRPr="00037B9F">
        <w:rPr>
          <w:rFonts w:eastAsia="Calibri"/>
          <w:b/>
          <w:sz w:val="30"/>
          <w:lang w:val="pl-PL"/>
        </w:rPr>
        <w:t>Metryczka pracy</w:t>
      </w:r>
    </w:p>
    <w:p w:rsidR="00B84099" w:rsidRPr="00037B9F" w:rsidRDefault="00037B9F">
      <w:pPr>
        <w:spacing w:after="240"/>
        <w:jc w:val="center"/>
        <w:rPr>
          <w:lang w:val="pl-PL"/>
        </w:rPr>
      </w:pPr>
      <w:r w:rsidRPr="00037B9F">
        <w:rPr>
          <w:rFonts w:eastAsia="Calibri"/>
          <w:lang w:val="pl-PL"/>
        </w:rPr>
        <w:t xml:space="preserve">Konkurs plastyczny „Moja kartka do Henryka Arctowskiego” z okazji </w:t>
      </w:r>
      <w:r>
        <w:rPr>
          <w:rFonts w:eastAsia="Calibri"/>
          <w:lang w:val="pl-PL"/>
        </w:rPr>
        <w:t>jubileuszu</w:t>
      </w:r>
      <w:r w:rsidRPr="00037B9F">
        <w:rPr>
          <w:rFonts w:eastAsia="Calibri"/>
          <w:lang w:val="pl-PL"/>
        </w:rPr>
        <w:t xml:space="preserve"> 50-lecia Polskiej Stacji Antarktycznej im. Henryka Arctowskiego</w:t>
      </w:r>
    </w:p>
    <w:p w:rsidR="00B84099" w:rsidRPr="00037B9F" w:rsidRDefault="00037B9F">
      <w:pPr>
        <w:rPr>
          <w:lang w:val="pl-PL"/>
        </w:rPr>
      </w:pPr>
      <w:r w:rsidRPr="00037B9F">
        <w:rPr>
          <w:rFonts w:eastAsia="Calibri"/>
          <w:lang w:val="pl-PL"/>
        </w:rPr>
        <w:t>Metryczkę należy dołączyć do każdej zgłaszanej pracy. Dane powinny być zgodne z kartą zgłoszenia szkoły oraz pozostałymi załącznikami.</w:t>
      </w:r>
    </w:p>
    <w:p w:rsidR="00B84099" w:rsidRDefault="00037B9F">
      <w:pPr>
        <w:keepNext/>
        <w:spacing w:before="180" w:after="80"/>
      </w:pPr>
      <w:r>
        <w:rPr>
          <w:rFonts w:eastAsia="Calibri"/>
          <w:b/>
          <w:sz w:val="24"/>
        </w:rPr>
        <w:t>1. Dane autora/autorki pracy</w:t>
      </w:r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3168"/>
        <w:gridCol w:w="6336"/>
      </w:tblGrid>
      <w:tr w:rsidR="00B84099" w:rsidRPr="00C62533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Pr="00037B9F" w:rsidRDefault="00037B9F">
            <w:pPr>
              <w:spacing w:after="40" w:line="252" w:lineRule="auto"/>
              <w:rPr>
                <w:lang w:val="pl-PL"/>
              </w:rPr>
            </w:pPr>
            <w:r w:rsidRPr="00037B9F">
              <w:rPr>
                <w:rFonts w:eastAsia="Calibri"/>
                <w:b/>
                <w:sz w:val="20"/>
                <w:lang w:val="pl-PL"/>
              </w:rPr>
              <w:t>Imię i nazwisko autora/autorki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Pr="00037B9F" w:rsidRDefault="00B84099">
            <w:pPr>
              <w:spacing w:after="40" w:line="252" w:lineRule="auto"/>
              <w:rPr>
                <w:lang w:val="pl-PL"/>
              </w:rPr>
            </w:pP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proofErr w:type="spellStart"/>
            <w:r>
              <w:rPr>
                <w:rFonts w:eastAsia="Calibri"/>
                <w:b/>
                <w:sz w:val="20"/>
              </w:rPr>
              <w:t>Klasa</w:t>
            </w:r>
            <w:proofErr w:type="spellEnd"/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Wiek autora/autorki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</w:tbl>
    <w:p w:rsidR="00B84099" w:rsidRDefault="00037B9F">
      <w:pPr>
        <w:keepNext/>
        <w:spacing w:before="180" w:after="80"/>
      </w:pPr>
      <w:r>
        <w:rPr>
          <w:rFonts w:eastAsia="Calibri"/>
          <w:b/>
          <w:sz w:val="24"/>
        </w:rPr>
        <w:t xml:space="preserve">2. Dane </w:t>
      </w:r>
      <w:proofErr w:type="spellStart"/>
      <w:r>
        <w:rPr>
          <w:rFonts w:eastAsia="Calibri"/>
          <w:b/>
          <w:sz w:val="24"/>
        </w:rPr>
        <w:t>szkoły</w:t>
      </w:r>
      <w:proofErr w:type="spellEnd"/>
      <w:r>
        <w:rPr>
          <w:rFonts w:eastAsia="Calibri"/>
          <w:b/>
          <w:sz w:val="24"/>
        </w:rPr>
        <w:t xml:space="preserve"> </w:t>
      </w:r>
      <w:proofErr w:type="spellStart"/>
      <w:r>
        <w:rPr>
          <w:rFonts w:eastAsia="Calibri"/>
          <w:b/>
          <w:sz w:val="24"/>
        </w:rPr>
        <w:t>i</w:t>
      </w:r>
      <w:proofErr w:type="spellEnd"/>
      <w:r>
        <w:rPr>
          <w:rFonts w:eastAsia="Calibri"/>
          <w:b/>
          <w:sz w:val="24"/>
        </w:rPr>
        <w:t xml:space="preserve"> </w:t>
      </w:r>
      <w:proofErr w:type="spellStart"/>
      <w:r>
        <w:rPr>
          <w:rFonts w:eastAsia="Calibri"/>
          <w:b/>
          <w:sz w:val="24"/>
        </w:rPr>
        <w:t>opiekuna</w:t>
      </w:r>
      <w:proofErr w:type="spellEnd"/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3168"/>
        <w:gridCol w:w="6336"/>
      </w:tblGrid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Nazwa szkoły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Miejscowość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  <w:tr w:rsidR="00B84099" w:rsidRPr="00C62533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Pr="00037B9F" w:rsidRDefault="00037B9F">
            <w:pPr>
              <w:spacing w:after="40" w:line="252" w:lineRule="auto"/>
              <w:rPr>
                <w:lang w:val="pl-PL"/>
              </w:rPr>
            </w:pPr>
            <w:r w:rsidRPr="00037B9F">
              <w:rPr>
                <w:rFonts w:eastAsia="Calibri"/>
                <w:b/>
                <w:sz w:val="20"/>
                <w:lang w:val="pl-PL"/>
              </w:rPr>
              <w:t>Imię i nazwisko nauczyciela/opiekuna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Pr="00037B9F" w:rsidRDefault="00B84099">
            <w:pPr>
              <w:spacing w:after="40" w:line="252" w:lineRule="auto"/>
              <w:rPr>
                <w:lang w:val="pl-PL"/>
              </w:rPr>
            </w:pP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proofErr w:type="spellStart"/>
            <w:r>
              <w:rPr>
                <w:rFonts w:eastAsia="Calibri"/>
                <w:b/>
                <w:sz w:val="20"/>
              </w:rPr>
              <w:t>Adres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e-mail </w:t>
            </w:r>
            <w:proofErr w:type="spellStart"/>
            <w:r>
              <w:rPr>
                <w:rFonts w:eastAsia="Calibri"/>
                <w:b/>
                <w:sz w:val="20"/>
              </w:rPr>
              <w:t>opiekuna</w:t>
            </w:r>
            <w:proofErr w:type="spellEnd"/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</w:tbl>
    <w:p w:rsidR="00B84099" w:rsidRDefault="00037B9F">
      <w:pPr>
        <w:keepNext/>
        <w:spacing w:before="180" w:after="80"/>
      </w:pPr>
      <w:r>
        <w:rPr>
          <w:rFonts w:eastAsia="Calibri"/>
          <w:b/>
          <w:sz w:val="24"/>
        </w:rPr>
        <w:t>3. Dane pracy konkursowej</w:t>
      </w:r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3168"/>
        <w:gridCol w:w="6336"/>
      </w:tblGrid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Tytuł pracy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Format pracy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sz w:val="20"/>
              </w:rPr>
              <w:t>A5 / A6</w:t>
            </w: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Orientacja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sz w:val="20"/>
              </w:rPr>
              <w:t>pionowa / pozioma</w:t>
            </w:r>
          </w:p>
        </w:tc>
      </w:tr>
      <w:tr w:rsidR="00B84099">
        <w:trPr>
          <w:jc w:val="center"/>
        </w:trPr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84099" w:rsidRDefault="00037B9F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Technika wykonania</w:t>
            </w:r>
          </w:p>
        </w:tc>
        <w:tc>
          <w:tcPr>
            <w:tcW w:w="63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Default="00B84099">
            <w:pPr>
              <w:spacing w:after="40" w:line="252" w:lineRule="auto"/>
            </w:pPr>
          </w:p>
        </w:tc>
      </w:tr>
    </w:tbl>
    <w:p w:rsidR="00B84099" w:rsidRPr="00037B9F" w:rsidRDefault="00037B9F">
      <w:pPr>
        <w:keepNext/>
        <w:spacing w:before="180" w:after="80"/>
        <w:rPr>
          <w:lang w:val="pl-PL"/>
        </w:rPr>
      </w:pPr>
      <w:r w:rsidRPr="00037B9F">
        <w:rPr>
          <w:rFonts w:eastAsia="Calibri"/>
          <w:b/>
          <w:sz w:val="24"/>
          <w:lang w:val="pl-PL"/>
        </w:rPr>
        <w:t>4. Krótki opis lub komentarz autora/autorki</w:t>
      </w:r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9792"/>
      </w:tblGrid>
      <w:tr w:rsidR="00B84099" w:rsidRPr="00C62533">
        <w:trPr>
          <w:jc w:val="center"/>
        </w:trPr>
        <w:tc>
          <w:tcPr>
            <w:tcW w:w="9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84099" w:rsidRPr="00037B9F" w:rsidRDefault="00037B9F">
            <w:pPr>
              <w:spacing w:after="40" w:line="252" w:lineRule="auto"/>
              <w:rPr>
                <w:lang w:val="pl-PL"/>
              </w:rPr>
            </w:pPr>
            <w:r w:rsidRPr="00037B9F">
              <w:rPr>
                <w:rFonts w:eastAsia="Calibri"/>
                <w:sz w:val="20"/>
                <w:lang w:val="pl-PL"/>
              </w:rPr>
              <w:br/>
            </w:r>
            <w:r w:rsidRPr="00037B9F">
              <w:rPr>
                <w:rFonts w:eastAsia="Calibri"/>
                <w:sz w:val="20"/>
                <w:lang w:val="pl-PL"/>
              </w:rPr>
              <w:br/>
            </w:r>
            <w:r w:rsidRPr="00037B9F">
              <w:rPr>
                <w:rFonts w:eastAsia="Calibri"/>
                <w:sz w:val="20"/>
                <w:lang w:val="pl-PL"/>
              </w:rPr>
              <w:br/>
            </w:r>
          </w:p>
        </w:tc>
      </w:tr>
    </w:tbl>
    <w:p w:rsidR="00B84099" w:rsidRPr="00037B9F" w:rsidRDefault="00037B9F">
      <w:pPr>
        <w:keepNext/>
        <w:spacing w:before="180" w:after="80"/>
        <w:rPr>
          <w:lang w:val="pl-PL"/>
        </w:rPr>
      </w:pPr>
      <w:r w:rsidRPr="00037B9F">
        <w:rPr>
          <w:rFonts w:eastAsia="Calibri"/>
          <w:b/>
          <w:sz w:val="24"/>
          <w:lang w:val="pl-PL"/>
        </w:rPr>
        <w:t>5. Informacja organizacyjna</w:t>
      </w:r>
    </w:p>
    <w:p w:rsidR="00B84099" w:rsidRPr="00C62533" w:rsidRDefault="00037B9F">
      <w:pPr>
        <w:rPr>
          <w:rFonts w:eastAsia="Calibri"/>
          <w:lang w:val="pl-PL"/>
        </w:rPr>
      </w:pPr>
      <w:r w:rsidRPr="00037B9F">
        <w:rPr>
          <w:rFonts w:eastAsia="Calibri"/>
          <w:lang w:val="pl-PL"/>
        </w:rPr>
        <w:t xml:space="preserve">Do zgłoszenia pracy należy dołączyć wymagane zgody rodzica lub opiekuna prawnego. </w:t>
      </w:r>
      <w:r w:rsidRPr="00C62533">
        <w:rPr>
          <w:rFonts w:eastAsia="Calibri"/>
          <w:lang w:val="pl-PL"/>
        </w:rPr>
        <w:t>Brak wymaganych załączników może skutkować niezakwalifikowaniem pracy do Konkursu.</w:t>
      </w:r>
    </w:p>
    <w:p w:rsidR="00037B9F" w:rsidRPr="00C62533" w:rsidRDefault="00037B9F">
      <w:pPr>
        <w:rPr>
          <w:lang w:val="pl-PL"/>
        </w:rPr>
      </w:pPr>
      <w:bookmarkStart w:id="0" w:name="_GoBack"/>
      <w:bookmarkEnd w:id="0"/>
    </w:p>
    <w:sectPr w:rsidR="00037B9F" w:rsidRPr="00C62533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B9F"/>
    <w:rsid w:val="0006063C"/>
    <w:rsid w:val="0015074B"/>
    <w:rsid w:val="0029639D"/>
    <w:rsid w:val="00326F90"/>
    <w:rsid w:val="00AA1D8D"/>
    <w:rsid w:val="00B47730"/>
    <w:rsid w:val="00B84099"/>
    <w:rsid w:val="00C6253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72A74"/>
  <w14:defaultImageDpi w14:val="300"/>
  <w15:docId w15:val="{E4C6604D-FC32-4233-A985-011F11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031525-5C4B-40EB-AF0B-18FB77267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metryczka pracy</dc:title>
  <dc:subject>Konkurs plastyczny Moja kartka do Henryka Arctowskiego</dc:subject>
  <dc:creator>Codex</dc:creator>
  <cp:keywords/>
  <dc:description>generated by python-docx</dc:description>
  <cp:lastModifiedBy>Author</cp:lastModifiedBy>
  <cp:revision>3</cp:revision>
  <dcterms:created xsi:type="dcterms:W3CDTF">2013-12-23T23:15:00Z</dcterms:created>
  <dcterms:modified xsi:type="dcterms:W3CDTF">2026-10-01T12:38:00Z</dcterms:modified>
  <cp:category/>
</cp:coreProperties>
</file>