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E7C" w:rsidRPr="00E13B84" w:rsidRDefault="00A65600">
      <w:pPr>
        <w:spacing w:after="40"/>
        <w:jc w:val="center"/>
        <w:rPr>
          <w:lang w:val="pl-PL"/>
        </w:rPr>
      </w:pPr>
      <w:r w:rsidRPr="00E13B84">
        <w:rPr>
          <w:rFonts w:eastAsia="Calibri"/>
          <w:b/>
          <w:color w:val="000000"/>
          <w:sz w:val="30"/>
          <w:lang w:val="pl-PL"/>
        </w:rPr>
        <w:t>Załącznik nr 1</w:t>
      </w:r>
    </w:p>
    <w:p w:rsidR="00B14E7C" w:rsidRPr="00E13B84" w:rsidRDefault="00A65600">
      <w:pPr>
        <w:spacing w:after="40"/>
        <w:jc w:val="center"/>
        <w:rPr>
          <w:lang w:val="pl-PL"/>
        </w:rPr>
      </w:pPr>
      <w:r w:rsidRPr="00E13B84">
        <w:rPr>
          <w:rFonts w:eastAsia="Calibri"/>
          <w:b/>
          <w:sz w:val="28"/>
          <w:lang w:val="pl-PL"/>
        </w:rPr>
        <w:t>Karta zgłoszenia szkoły</w:t>
      </w:r>
      <w:bookmarkStart w:id="0" w:name="_GoBack"/>
      <w:bookmarkEnd w:id="0"/>
    </w:p>
    <w:p w:rsidR="00B14E7C" w:rsidRPr="00E13B84" w:rsidRDefault="00A65600">
      <w:pPr>
        <w:spacing w:after="120"/>
        <w:jc w:val="center"/>
        <w:rPr>
          <w:lang w:val="pl-PL"/>
        </w:rPr>
      </w:pPr>
      <w:r w:rsidRPr="00E13B84">
        <w:rPr>
          <w:rFonts w:eastAsia="Calibri"/>
          <w:sz w:val="20"/>
          <w:lang w:val="pl-PL"/>
        </w:rPr>
        <w:t xml:space="preserve">Konkurs plastyczny „Moja kartka do Henryka Arctowskiego” z okazji </w:t>
      </w:r>
      <w:r w:rsidR="00E13B84">
        <w:rPr>
          <w:rFonts w:eastAsia="Calibri"/>
          <w:lang w:val="pl-PL"/>
        </w:rPr>
        <w:t>jubileuszu</w:t>
      </w:r>
      <w:r w:rsidR="00E13B84" w:rsidRPr="00E13B84">
        <w:rPr>
          <w:rFonts w:eastAsia="Calibri"/>
          <w:sz w:val="20"/>
          <w:lang w:val="pl-PL"/>
        </w:rPr>
        <w:t xml:space="preserve"> </w:t>
      </w:r>
      <w:r w:rsidRPr="00E13B84">
        <w:rPr>
          <w:rFonts w:eastAsia="Calibri"/>
          <w:sz w:val="20"/>
          <w:lang w:val="pl-PL"/>
        </w:rPr>
        <w:t>50-lecia Polskiej Stacji Antarktycznej im. Henryka Arctowskiego</w:t>
      </w:r>
    </w:p>
    <w:p w:rsidR="00B14E7C" w:rsidRPr="00E13B84" w:rsidRDefault="00A65600">
      <w:pPr>
        <w:spacing w:after="100" w:line="259" w:lineRule="auto"/>
        <w:rPr>
          <w:lang w:val="pl-PL"/>
        </w:rPr>
      </w:pPr>
      <w:r w:rsidRPr="00E13B84">
        <w:rPr>
          <w:rFonts w:eastAsia="Calibri"/>
          <w:lang w:val="pl-PL"/>
        </w:rPr>
        <w:t xml:space="preserve">Kartę wypełnia szkoła po przeprowadzeniu wewnętrznej preselekcji. Szkoła może zgłosić maksymalnie 2 najlepsze projekty kartek. Zgłoszenie wraz ze skanami lub zdjęciami prac należy przesłać na </w:t>
      </w:r>
      <w:r w:rsidRPr="00EF5993">
        <w:rPr>
          <w:rFonts w:eastAsia="Calibri"/>
          <w:lang w:val="pl-PL"/>
        </w:rPr>
        <w:t>adres: postcards@arctowski.pl</w:t>
      </w:r>
    </w:p>
    <w:p w:rsidR="00B14E7C" w:rsidRDefault="00A65600">
      <w:pPr>
        <w:pStyle w:val="Nagwek1"/>
      </w:pPr>
      <w:r>
        <w:t>1. Dane szkoły</w:t>
      </w:r>
    </w:p>
    <w:tbl>
      <w:tblPr>
        <w:tblW w:w="0" w:type="auto"/>
        <w:jc w:val="center"/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3024"/>
        <w:gridCol w:w="6480"/>
      </w:tblGrid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Nazwa szkoły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Adres szkoły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Miejscowość i kod pocztowy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Telefon / e-mail szkoły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 w:rsidRPr="00EF5993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b/>
                <w:sz w:val="19"/>
                <w:lang w:val="pl-PL"/>
              </w:rPr>
              <w:t>Imię i nazwisko dyrektora szkoły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Pr="00E13B84" w:rsidRDefault="00B14E7C">
            <w:pPr>
              <w:spacing w:after="40" w:line="252" w:lineRule="auto"/>
              <w:rPr>
                <w:lang w:val="pl-PL"/>
              </w:rPr>
            </w:pPr>
          </w:p>
        </w:tc>
      </w:tr>
    </w:tbl>
    <w:p w:rsidR="00B14E7C" w:rsidRDefault="00A65600">
      <w:pPr>
        <w:pStyle w:val="Nagwek1"/>
      </w:pPr>
      <w:r>
        <w:t>2. Osoba koordynująca zgłoszenie</w:t>
      </w:r>
    </w:p>
    <w:tbl>
      <w:tblPr>
        <w:tblW w:w="0" w:type="auto"/>
        <w:jc w:val="center"/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3024"/>
        <w:gridCol w:w="6480"/>
      </w:tblGrid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Imię i nazwisko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Funkcja / przedmiot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Telefon kontaktowy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  <w:tr w:rsidR="00B14E7C">
        <w:trPr>
          <w:jc w:val="center"/>
        </w:trPr>
        <w:tc>
          <w:tcPr>
            <w:tcW w:w="30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2F4F7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Adres e-mail</w:t>
            </w:r>
          </w:p>
        </w:tc>
        <w:tc>
          <w:tcPr>
            <w:tcW w:w="64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</w:tr>
    </w:tbl>
    <w:p w:rsidR="00B14E7C" w:rsidRDefault="00A65600">
      <w:pPr>
        <w:pStyle w:val="Nagwek1"/>
      </w:pPr>
      <w:r>
        <w:t>3. Prace zgłaszane do konkursu</w:t>
      </w:r>
    </w:p>
    <w:tbl>
      <w:tblPr>
        <w:tblW w:w="0" w:type="auto"/>
        <w:jc w:val="center"/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576"/>
        <w:gridCol w:w="2880"/>
        <w:gridCol w:w="792"/>
        <w:gridCol w:w="2376"/>
        <w:gridCol w:w="5184"/>
        <w:gridCol w:w="1512"/>
      </w:tblGrid>
      <w:tr w:rsidR="00B14E7C">
        <w:trPr>
          <w:jc w:val="center"/>
        </w:trPr>
        <w:tc>
          <w:tcPr>
            <w:tcW w:w="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Lp.</w:t>
            </w:r>
          </w:p>
        </w:tc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b/>
                <w:sz w:val="19"/>
                <w:lang w:val="pl-PL"/>
              </w:rPr>
              <w:t>Imię i nazwisko autora/autorki</w:t>
            </w: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Klasa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Tytuł pracy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Krótki opis pracy</w:t>
            </w:r>
          </w:p>
        </w:tc>
        <w:tc>
          <w:tcPr>
            <w:tcW w:w="15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Załączniki kompletne</w:t>
            </w:r>
          </w:p>
        </w:tc>
      </w:tr>
      <w:tr w:rsidR="00B14E7C">
        <w:trPr>
          <w:jc w:val="center"/>
        </w:trPr>
        <w:tc>
          <w:tcPr>
            <w:tcW w:w="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15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sz w:val="19"/>
              </w:rPr>
              <w:t>tak / nie</w:t>
            </w:r>
          </w:p>
        </w:tc>
      </w:tr>
      <w:tr w:rsidR="00B14E7C">
        <w:trPr>
          <w:jc w:val="center"/>
        </w:trPr>
        <w:tc>
          <w:tcPr>
            <w:tcW w:w="5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sz w:val="19"/>
              </w:rPr>
              <w:t>2</w:t>
            </w:r>
          </w:p>
        </w:tc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7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B14E7C">
            <w:pPr>
              <w:spacing w:after="40" w:line="252" w:lineRule="auto"/>
            </w:pPr>
          </w:p>
        </w:tc>
        <w:tc>
          <w:tcPr>
            <w:tcW w:w="15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sz w:val="19"/>
              </w:rPr>
              <w:t>tak / nie</w:t>
            </w:r>
          </w:p>
        </w:tc>
      </w:tr>
    </w:tbl>
    <w:p w:rsidR="00B14E7C" w:rsidRDefault="00A65600">
      <w:pPr>
        <w:pStyle w:val="Nagwek1"/>
      </w:pPr>
      <w:r>
        <w:t>4. Oświadczenia szkoły</w:t>
      </w:r>
    </w:p>
    <w:p w:rsidR="00B14E7C" w:rsidRPr="00E13B84" w:rsidRDefault="00A65600">
      <w:pPr>
        <w:spacing w:after="80"/>
        <w:ind w:left="216" w:hanging="216"/>
        <w:rPr>
          <w:lang w:val="pl-PL"/>
        </w:rPr>
      </w:pPr>
      <w:r w:rsidRPr="00E13B84">
        <w:rPr>
          <w:rFonts w:ascii="Segoe UI Symbol" w:eastAsia="Segoe UI Symbol" w:hAnsi="Segoe UI Symbol"/>
          <w:lang w:val="pl-PL"/>
        </w:rPr>
        <w:t xml:space="preserve">☐ </w:t>
      </w:r>
      <w:r w:rsidRPr="00E13B84">
        <w:rPr>
          <w:rFonts w:eastAsia="Calibri"/>
          <w:sz w:val="20"/>
          <w:lang w:val="pl-PL"/>
        </w:rPr>
        <w:t>Szkoła przeprowadziła wewnętrzną preselekcję prac konkursowych.</w:t>
      </w:r>
    </w:p>
    <w:p w:rsidR="00B14E7C" w:rsidRPr="00E13B84" w:rsidRDefault="00A65600">
      <w:pPr>
        <w:spacing w:after="80"/>
        <w:ind w:left="216" w:hanging="216"/>
        <w:rPr>
          <w:lang w:val="pl-PL"/>
        </w:rPr>
      </w:pPr>
      <w:r w:rsidRPr="00E13B84">
        <w:rPr>
          <w:rFonts w:ascii="Segoe UI Symbol" w:eastAsia="Segoe UI Symbol" w:hAnsi="Segoe UI Symbol"/>
          <w:lang w:val="pl-PL"/>
        </w:rPr>
        <w:t xml:space="preserve">☐ </w:t>
      </w:r>
      <w:r w:rsidRPr="00E13B84">
        <w:rPr>
          <w:rFonts w:eastAsia="Calibri"/>
          <w:sz w:val="20"/>
          <w:lang w:val="pl-PL"/>
        </w:rPr>
        <w:t>Do zgłoszenia dołączono skany lub dobrej jakości zdjęcia maksymalnie 2 wybranych prac.</w:t>
      </w:r>
    </w:p>
    <w:p w:rsidR="00B14E7C" w:rsidRPr="00E13B84" w:rsidRDefault="00A65600">
      <w:pPr>
        <w:spacing w:after="80"/>
        <w:ind w:left="216" w:hanging="216"/>
        <w:rPr>
          <w:lang w:val="pl-PL"/>
        </w:rPr>
      </w:pPr>
      <w:r w:rsidRPr="00E13B84">
        <w:rPr>
          <w:rFonts w:ascii="Segoe UI Symbol" w:eastAsia="Segoe UI Symbol" w:hAnsi="Segoe UI Symbol"/>
          <w:lang w:val="pl-PL"/>
        </w:rPr>
        <w:lastRenderedPageBreak/>
        <w:t xml:space="preserve">☐ </w:t>
      </w:r>
      <w:r w:rsidRPr="00E13B84">
        <w:rPr>
          <w:rFonts w:eastAsia="Calibri"/>
          <w:sz w:val="20"/>
          <w:lang w:val="pl-PL"/>
        </w:rPr>
        <w:t>Do każdej zgłaszanej pracy dołączono metryczkę pracy.</w:t>
      </w:r>
    </w:p>
    <w:p w:rsidR="00B14E7C" w:rsidRPr="00E13B84" w:rsidRDefault="00A65600">
      <w:pPr>
        <w:spacing w:after="80"/>
        <w:ind w:left="216" w:hanging="216"/>
        <w:rPr>
          <w:lang w:val="pl-PL"/>
        </w:rPr>
      </w:pPr>
      <w:r w:rsidRPr="00E13B84">
        <w:rPr>
          <w:rFonts w:ascii="Segoe UI Symbol" w:eastAsia="Segoe UI Symbol" w:hAnsi="Segoe UI Symbol"/>
          <w:lang w:val="pl-PL"/>
        </w:rPr>
        <w:t xml:space="preserve">☐ </w:t>
      </w:r>
      <w:r w:rsidR="00B47AE0" w:rsidRPr="006B5017">
        <w:rPr>
          <w:lang w:val="pl-PL"/>
        </w:rPr>
        <w:t>Do zgłoszenia dołączono wymagane zgody i oświadczenia rodziców lub opiekunów prawnych uczestników Konkursu.</w:t>
      </w:r>
    </w:p>
    <w:p w:rsidR="00B14E7C" w:rsidRPr="00E13B84" w:rsidRDefault="00A65600">
      <w:pPr>
        <w:spacing w:after="80"/>
        <w:ind w:left="216" w:hanging="216"/>
        <w:rPr>
          <w:lang w:val="pl-PL"/>
        </w:rPr>
      </w:pPr>
      <w:r w:rsidRPr="00E13B84">
        <w:rPr>
          <w:rFonts w:ascii="Segoe UI Symbol" w:eastAsia="Segoe UI Symbol" w:hAnsi="Segoe UI Symbol"/>
          <w:lang w:val="pl-PL"/>
        </w:rPr>
        <w:t xml:space="preserve">☐ </w:t>
      </w:r>
      <w:r w:rsidRPr="00E13B84">
        <w:rPr>
          <w:rFonts w:eastAsia="Calibri"/>
          <w:sz w:val="20"/>
          <w:lang w:val="pl-PL"/>
        </w:rPr>
        <w:t>Szkoła potwierdza, że zgłaszane prace zostały wykonane samodzielnie przez uczniów, zgodnie z informacjami przekazanymi przez uczestników i opiekunów.</w:t>
      </w:r>
    </w:p>
    <w:p w:rsidR="00B14E7C" w:rsidRDefault="00A65600">
      <w:pPr>
        <w:pStyle w:val="Nagwek1"/>
      </w:pPr>
      <w:r>
        <w:t>5. Podpis osoby zgłaszającej</w:t>
      </w:r>
    </w:p>
    <w:tbl>
      <w:tblPr>
        <w:tblW w:w="0" w:type="auto"/>
        <w:jc w:val="center"/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3456"/>
        <w:gridCol w:w="4680"/>
        <w:gridCol w:w="5184"/>
      </w:tblGrid>
      <w:tr w:rsidR="00B14E7C" w:rsidRPr="00EF5993">
        <w:trPr>
          <w:jc w:val="center"/>
        </w:trPr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Miejscowość i data</w:t>
            </w:r>
          </w:p>
        </w:tc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Default="00A65600">
            <w:pPr>
              <w:spacing w:after="40" w:line="252" w:lineRule="auto"/>
            </w:pPr>
            <w:r>
              <w:rPr>
                <w:rFonts w:eastAsia="Calibri"/>
                <w:b/>
                <w:sz w:val="19"/>
              </w:rPr>
              <w:t>Podpis osoby koordynującej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8EEF5"/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b/>
                <w:sz w:val="19"/>
                <w:lang w:val="pl-PL"/>
              </w:rPr>
              <w:t>Podpis dyrektora szkoły / pieczęć szkoły</w:t>
            </w:r>
          </w:p>
        </w:tc>
      </w:tr>
      <w:tr w:rsidR="00B14E7C" w:rsidRPr="00EF5993">
        <w:trPr>
          <w:jc w:val="center"/>
        </w:trPr>
        <w:tc>
          <w:tcPr>
            <w:tcW w:w="34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sz w:val="19"/>
                <w:lang w:val="pl-PL"/>
              </w:rPr>
              <w:br/>
            </w:r>
          </w:p>
        </w:tc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sz w:val="19"/>
                <w:lang w:val="pl-PL"/>
              </w:rPr>
              <w:br/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:rsidR="00B14E7C" w:rsidRPr="00E13B84" w:rsidRDefault="00A65600">
            <w:pPr>
              <w:spacing w:after="40" w:line="252" w:lineRule="auto"/>
              <w:rPr>
                <w:lang w:val="pl-PL"/>
              </w:rPr>
            </w:pPr>
            <w:r w:rsidRPr="00E13B84">
              <w:rPr>
                <w:rFonts w:eastAsia="Calibri"/>
                <w:sz w:val="19"/>
                <w:lang w:val="pl-PL"/>
              </w:rPr>
              <w:br/>
            </w:r>
          </w:p>
        </w:tc>
      </w:tr>
    </w:tbl>
    <w:p w:rsidR="00A65600" w:rsidRPr="00E13B84" w:rsidRDefault="00A65600">
      <w:pPr>
        <w:rPr>
          <w:lang w:val="pl-PL"/>
        </w:rPr>
      </w:pPr>
    </w:p>
    <w:sectPr w:rsidR="00A65600" w:rsidRPr="00E13B84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5017"/>
    <w:rsid w:val="00A60AE6"/>
    <w:rsid w:val="00A65600"/>
    <w:rsid w:val="00AA1D8D"/>
    <w:rsid w:val="00B14E7C"/>
    <w:rsid w:val="00B47730"/>
    <w:rsid w:val="00B47AE0"/>
    <w:rsid w:val="00CB0664"/>
    <w:rsid w:val="00E13B84"/>
    <w:rsid w:val="00EF59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6035A"/>
  <w14:defaultImageDpi w14:val="300"/>
  <w15:docId w15:val="{E4C6604D-FC32-4233-A985-011F11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60" w:line="245" w:lineRule="auto"/>
    </w:pPr>
    <w:rPr>
      <w:rFonts w:ascii="Calibri" w:hAnsi="Calibri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B50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0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AD4093-1B61-4310-BD27-C1130996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1222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karta zgłoszenia szkoły</vt:lpstr>
      <vt:lpstr/>
    </vt:vector>
  </TitlesOfParts>
  <Manager/>
  <Company/>
  <LinksUpToDate>false</LinksUpToDate>
  <CharactersWithSpaces>1423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karta zgłoszenia szkoły</dc:title>
  <dc:subject>Konkurs plastyczny Moja kartka do Henryka Arctowskiego</dc:subject>
  <dc:creator>Codex</dc:creator>
  <cp:keywords/>
  <dc:description>generated by python-docx</dc:description>
  <cp:lastModifiedBy>Author</cp:lastModifiedBy>
  <cp:revision>4</cp:revision>
  <dcterms:created xsi:type="dcterms:W3CDTF">2026-10-01T12:49:00Z</dcterms:created>
  <dcterms:modified xsi:type="dcterms:W3CDTF">2026-10-01T17:09:00Z</dcterms:modified>
  <cp:category/>
</cp:coreProperties>
</file>